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4DB" w:rsidRDefault="003157B5">
      <w:pPr>
        <w:spacing w:after="40"/>
        <w:jc w:val="center"/>
      </w:pPr>
      <w:r>
        <w:rPr>
          <w:b/>
          <w:noProof/>
          <w:color w:val="1B365D"/>
          <w:sz w:val="32"/>
          <w:lang w:val="en-GB" w:eastAsia="en-GB"/>
        </w:rPr>
        <w:drawing>
          <wp:anchor distT="0" distB="0" distL="114300" distR="114300" simplePos="0" relativeHeight="251658752" behindDoc="1" locked="0" layoutInCell="1" allowOverlap="1" wp14:anchorId="014A64F4" wp14:editId="1E0F9173">
            <wp:simplePos x="0" y="0"/>
            <wp:positionH relativeFrom="column">
              <wp:posOffset>5499100</wp:posOffset>
            </wp:positionH>
            <wp:positionV relativeFrom="paragraph">
              <wp:posOffset>-263525</wp:posOffset>
            </wp:positionV>
            <wp:extent cx="1357630" cy="1685290"/>
            <wp:effectExtent l="0" t="0" r="0" b="0"/>
            <wp:wrapTight wrapText="bothSides">
              <wp:wrapPolygon edited="0">
                <wp:start x="0" y="0"/>
                <wp:lineTo x="0" y="21242"/>
                <wp:lineTo x="21216" y="21242"/>
                <wp:lineTo x="212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6">
                      <a:extLst>
                        <a:ext uri="{28A0092B-C50C-407E-A947-70E740481C1C}">
                          <a14:useLocalDpi xmlns:a14="http://schemas.microsoft.com/office/drawing/2010/main" val="0"/>
                        </a:ext>
                      </a:extLst>
                    </a:blip>
                    <a:stretch>
                      <a:fillRect/>
                    </a:stretch>
                  </pic:blipFill>
                  <pic:spPr>
                    <a:xfrm>
                      <a:off x="0" y="0"/>
                      <a:ext cx="1357630" cy="1685290"/>
                    </a:xfrm>
                    <a:prstGeom prst="rect">
                      <a:avLst/>
                    </a:prstGeom>
                  </pic:spPr>
                </pic:pic>
              </a:graphicData>
            </a:graphic>
            <wp14:sizeRelH relativeFrom="margin">
              <wp14:pctWidth>0</wp14:pctWidth>
            </wp14:sizeRelH>
            <wp14:sizeRelV relativeFrom="margin">
              <wp14:pctHeight>0</wp14:pctHeight>
            </wp14:sizeRelV>
          </wp:anchor>
        </w:drawing>
      </w:r>
      <w:r w:rsidR="004F7F76">
        <w:rPr>
          <w:b/>
          <w:color w:val="1B365D"/>
          <w:sz w:val="32"/>
        </w:rPr>
        <w:t>DORSET STUDIO SCHOOL</w:t>
      </w:r>
      <w:r w:rsidR="004F7F76">
        <w:rPr>
          <w:b/>
          <w:color w:val="1B365D"/>
          <w:sz w:val="32"/>
        </w:rPr>
        <w:br/>
      </w:r>
    </w:p>
    <w:p w:rsidR="00DF44DB" w:rsidRDefault="003157B5">
      <w:pPr>
        <w:spacing w:after="240"/>
        <w:jc w:val="center"/>
      </w:pPr>
      <w:r>
        <w:rPr>
          <w:color w:val="4A5568"/>
          <w:sz w:val="19"/>
        </w:rPr>
        <w:t xml:space="preserve">Kingston Maurward, </w:t>
      </w:r>
      <w:r w:rsidR="004F7F76">
        <w:rPr>
          <w:color w:val="4A5568"/>
          <w:sz w:val="19"/>
        </w:rPr>
        <w:t>Dorchester, Dorset, DT2 8PY</w:t>
      </w:r>
      <w:r w:rsidR="004F7F76">
        <w:rPr>
          <w:color w:val="4A5568"/>
          <w:sz w:val="19"/>
        </w:rPr>
        <w:br/>
      </w:r>
      <w:r w:rsidR="004F7F76">
        <w:rPr>
          <w:b/>
          <w:color w:val="1B365D"/>
          <w:sz w:val="26"/>
        </w:rPr>
        <w:t>CONFIDENTIAL APPLICATION FOR EMPLOYMENT</w:t>
      </w:r>
    </w:p>
    <w:p w:rsidR="00DF44DB" w:rsidRDefault="004F7F76">
      <w:pPr>
        <w:spacing w:before="80" w:after="240"/>
        <w:ind w:left="288" w:right="288"/>
      </w:pPr>
      <w:r>
        <w:rPr>
          <w:i/>
          <w:color w:val="4A5568"/>
          <w:sz w:val="17"/>
        </w:rPr>
        <w:t xml:space="preserve">Instructions: This form represents the initial stage of our selection procedure. Please complete all sections fully. Mark any sections that do not apply with N/A. </w:t>
      </w:r>
      <w:r>
        <w:rPr>
          <w:i/>
          <w:color w:val="4A5568"/>
          <w:sz w:val="17"/>
        </w:rPr>
        <w:t>Pages 1 and 2 of this application form will be detached upon receipt and will not be disclosed for shortlisting purposes.</w:t>
      </w:r>
      <w:r>
        <w:rPr>
          <w:i/>
          <w:color w:val="4A5568"/>
          <w:sz w:val="17"/>
        </w:rPr>
        <w:br/>
        <w:t>Please return completed form to: School Business Manager, Dorset Studio School, Dorchester, Dorset, DT2 8PY.</w:t>
      </w:r>
    </w:p>
    <w:p w:rsidR="00DF44DB" w:rsidRDefault="004F7F76">
      <w:pPr>
        <w:keepNext/>
        <w:pBdr>
          <w:bottom w:val="single" w:sz="12" w:space="4" w:color="1B365D"/>
        </w:pBdr>
        <w:spacing w:before="280" w:after="120"/>
      </w:pPr>
      <w:r>
        <w:rPr>
          <w:b/>
          <w:color w:val="1B365D"/>
          <w:sz w:val="22"/>
        </w:rPr>
        <w:t>1. VACANCY DETAILS</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2592"/>
        <w:gridCol w:w="4608"/>
        <w:gridCol w:w="864"/>
        <w:gridCol w:w="2016"/>
      </w:tblGrid>
      <w:tr w:rsidR="003157B5">
        <w:trPr>
          <w:jc w:val="center"/>
        </w:trPr>
        <w:tc>
          <w:tcPr>
            <w:tcW w:w="2592" w:type="dxa"/>
            <w:tcMar>
              <w:top w:w="120" w:type="dxa"/>
              <w:left w:w="120" w:type="dxa"/>
              <w:bottom w:w="120" w:type="dxa"/>
              <w:right w:w="120" w:type="dxa"/>
            </w:tcMar>
          </w:tcPr>
          <w:p w:rsidR="00DF44DB" w:rsidRDefault="004F7F76">
            <w:r>
              <w:rPr>
                <w:b/>
              </w:rPr>
              <w:t>Positi</w:t>
            </w:r>
            <w:r>
              <w:rPr>
                <w:b/>
              </w:rPr>
              <w:t>on Applied For:</w:t>
            </w:r>
          </w:p>
        </w:tc>
        <w:tc>
          <w:tcPr>
            <w:tcW w:w="4608" w:type="dxa"/>
            <w:tcMar>
              <w:top w:w="120" w:type="dxa"/>
              <w:left w:w="120" w:type="dxa"/>
              <w:bottom w:w="120" w:type="dxa"/>
              <w:right w:w="120" w:type="dxa"/>
            </w:tcMar>
          </w:tcPr>
          <w:p w:rsidR="00DF44DB" w:rsidRDefault="00DF44DB"/>
        </w:tc>
        <w:tc>
          <w:tcPr>
            <w:tcW w:w="864" w:type="dxa"/>
            <w:tcMar>
              <w:top w:w="120" w:type="dxa"/>
              <w:left w:w="120" w:type="dxa"/>
              <w:bottom w:w="120" w:type="dxa"/>
              <w:right w:w="120" w:type="dxa"/>
            </w:tcMar>
          </w:tcPr>
          <w:p w:rsidR="00DF44DB" w:rsidRDefault="004F7F76">
            <w:r>
              <w:rPr>
                <w:b/>
              </w:rPr>
              <w:t>Ref:</w:t>
            </w:r>
          </w:p>
        </w:tc>
        <w:tc>
          <w:tcPr>
            <w:tcW w:w="2016" w:type="dxa"/>
            <w:tcMar>
              <w:top w:w="120" w:type="dxa"/>
              <w:left w:w="120" w:type="dxa"/>
              <w:bottom w:w="120" w:type="dxa"/>
              <w:right w:w="120" w:type="dxa"/>
            </w:tcMar>
          </w:tcPr>
          <w:p w:rsidR="00DF44DB" w:rsidRDefault="00DF44DB"/>
        </w:tc>
      </w:tr>
    </w:tbl>
    <w:p w:rsidR="00DF44DB" w:rsidRDefault="004F7F76">
      <w:pPr>
        <w:keepNext/>
        <w:pBdr>
          <w:bottom w:val="single" w:sz="12" w:space="4" w:color="1B365D"/>
        </w:pBdr>
        <w:spacing w:before="280" w:after="120"/>
      </w:pPr>
      <w:r>
        <w:rPr>
          <w:b/>
          <w:color w:val="1B365D"/>
          <w:sz w:val="22"/>
        </w:rPr>
        <w:t>2. PERSONAL DETAILS</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032"/>
        <w:gridCol w:w="6048"/>
      </w:tblGrid>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Title (Dr/Mr/Mrs/Ms/Miss):</w:t>
            </w:r>
          </w:p>
        </w:tc>
        <w:tc>
          <w:tcPr>
            <w:tcW w:w="6048" w:type="dxa"/>
            <w:tcMar>
              <w:top w:w="100" w:type="dxa"/>
              <w:left w:w="120" w:type="dxa"/>
              <w:bottom w:w="100" w:type="dxa"/>
              <w:right w:w="120" w:type="dxa"/>
            </w:tcMar>
          </w:tcPr>
          <w:p w:rsidR="00DF44DB" w:rsidRDefault="00DF44DB"/>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Surname:</w:t>
            </w:r>
          </w:p>
        </w:tc>
        <w:tc>
          <w:tcPr>
            <w:tcW w:w="6048" w:type="dxa"/>
            <w:tcMar>
              <w:top w:w="100" w:type="dxa"/>
              <w:left w:w="120" w:type="dxa"/>
              <w:bottom w:w="100" w:type="dxa"/>
              <w:right w:w="120" w:type="dxa"/>
            </w:tcMar>
          </w:tcPr>
          <w:p w:rsidR="00DF44DB" w:rsidRDefault="00DF44DB"/>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Forename(s):</w:t>
            </w:r>
          </w:p>
        </w:tc>
        <w:tc>
          <w:tcPr>
            <w:tcW w:w="6048" w:type="dxa"/>
            <w:tcMar>
              <w:top w:w="100" w:type="dxa"/>
              <w:left w:w="120" w:type="dxa"/>
              <w:bottom w:w="100" w:type="dxa"/>
              <w:right w:w="120" w:type="dxa"/>
            </w:tcMar>
          </w:tcPr>
          <w:p w:rsidR="00DF44DB" w:rsidRDefault="00DF44DB"/>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Address:</w:t>
            </w:r>
          </w:p>
        </w:tc>
        <w:tc>
          <w:tcPr>
            <w:tcW w:w="6048" w:type="dxa"/>
            <w:tcMar>
              <w:top w:w="100" w:type="dxa"/>
              <w:left w:w="120" w:type="dxa"/>
              <w:bottom w:w="100" w:type="dxa"/>
              <w:right w:w="120" w:type="dxa"/>
            </w:tcMar>
          </w:tcPr>
          <w:p w:rsidR="00DF44DB" w:rsidRDefault="004F7F76">
            <w:r>
              <w:rPr>
                <w:sz w:val="18"/>
              </w:rPr>
              <w:br/>
            </w:r>
            <w:r>
              <w:rPr>
                <w:sz w:val="18"/>
              </w:rPr>
              <w:br/>
            </w:r>
          </w:p>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Telephone Numbers:</w:t>
            </w:r>
          </w:p>
        </w:tc>
        <w:tc>
          <w:tcPr>
            <w:tcW w:w="6048" w:type="dxa"/>
            <w:tcMar>
              <w:top w:w="100" w:type="dxa"/>
              <w:left w:w="120" w:type="dxa"/>
              <w:bottom w:w="100" w:type="dxa"/>
              <w:right w:w="120" w:type="dxa"/>
            </w:tcMar>
          </w:tcPr>
          <w:p w:rsidR="00DF44DB" w:rsidRDefault="004F7F76">
            <w:r>
              <w:rPr>
                <w:sz w:val="18"/>
              </w:rPr>
              <w:t>Home:</w:t>
            </w:r>
            <w:r>
              <w:rPr>
                <w:sz w:val="18"/>
              </w:rPr>
              <w:br/>
              <w:t>Work:</w:t>
            </w:r>
            <w:r>
              <w:rPr>
                <w:sz w:val="18"/>
              </w:rPr>
              <w:br/>
              <w:t>Mobile:</w:t>
            </w:r>
          </w:p>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Email Address:</w:t>
            </w:r>
          </w:p>
        </w:tc>
        <w:tc>
          <w:tcPr>
            <w:tcW w:w="6048" w:type="dxa"/>
            <w:tcMar>
              <w:top w:w="100" w:type="dxa"/>
              <w:left w:w="120" w:type="dxa"/>
              <w:bottom w:w="100" w:type="dxa"/>
              <w:right w:w="120" w:type="dxa"/>
            </w:tcMar>
          </w:tcPr>
          <w:p w:rsidR="00DF44DB" w:rsidRDefault="00DF44DB"/>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Eligible to work in the UK?</w:t>
            </w:r>
          </w:p>
        </w:tc>
        <w:tc>
          <w:tcPr>
            <w:tcW w:w="6048" w:type="dxa"/>
            <w:tcMar>
              <w:top w:w="100" w:type="dxa"/>
              <w:left w:w="120" w:type="dxa"/>
              <w:bottom w:w="100" w:type="dxa"/>
              <w:right w:w="120" w:type="dxa"/>
            </w:tcMar>
          </w:tcPr>
          <w:p w:rsidR="00DF44DB" w:rsidRDefault="004F7F76">
            <w:r>
              <w:rPr>
                <w:sz w:val="18"/>
              </w:rPr>
              <w:t>[  ] Yes    [  ] No</w:t>
            </w:r>
          </w:p>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Department for Education Number:</w:t>
            </w:r>
            <w:r>
              <w:rPr>
                <w:b/>
                <w:sz w:val="18"/>
              </w:rPr>
              <w:br/>
            </w:r>
            <w:r>
              <w:rPr>
                <w:b/>
                <w:sz w:val="18"/>
              </w:rPr>
              <w:t>(Teaching Staff Only)</w:t>
            </w:r>
          </w:p>
        </w:tc>
        <w:tc>
          <w:tcPr>
            <w:tcW w:w="6048" w:type="dxa"/>
            <w:tcMar>
              <w:top w:w="100" w:type="dxa"/>
              <w:left w:w="120" w:type="dxa"/>
              <w:bottom w:w="100" w:type="dxa"/>
              <w:right w:w="120" w:type="dxa"/>
            </w:tcMar>
          </w:tcPr>
          <w:p w:rsidR="00DF44DB" w:rsidRDefault="00DF44DB"/>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Have you applied for any other appointment at the School?</w:t>
            </w:r>
          </w:p>
        </w:tc>
        <w:tc>
          <w:tcPr>
            <w:tcW w:w="6048" w:type="dxa"/>
            <w:tcMar>
              <w:top w:w="100" w:type="dxa"/>
              <w:left w:w="120" w:type="dxa"/>
              <w:bottom w:w="100" w:type="dxa"/>
              <w:right w:w="120" w:type="dxa"/>
            </w:tcMar>
          </w:tcPr>
          <w:p w:rsidR="00DF44DB" w:rsidRDefault="004F7F76">
            <w:r>
              <w:rPr>
                <w:sz w:val="18"/>
              </w:rPr>
              <w:t>[  ] Yes    [  ] No</w:t>
            </w:r>
            <w:r>
              <w:rPr>
                <w:sz w:val="18"/>
              </w:rPr>
              <w:br/>
              <w:t>If yes, please provide details:</w:t>
            </w:r>
          </w:p>
        </w:tc>
      </w:tr>
      <w:tr w:rsidR="00DF44DB">
        <w:trPr>
          <w:jc w:val="center"/>
        </w:trPr>
        <w:tc>
          <w:tcPr>
            <w:tcW w:w="4032" w:type="dxa"/>
            <w:shd w:val="clear" w:color="auto" w:fill="F7FAFC"/>
            <w:tcMar>
              <w:top w:w="100" w:type="dxa"/>
              <w:left w:w="120" w:type="dxa"/>
              <w:bottom w:w="100" w:type="dxa"/>
              <w:right w:w="120" w:type="dxa"/>
            </w:tcMar>
          </w:tcPr>
          <w:p w:rsidR="00DF44DB" w:rsidRDefault="004F7F76">
            <w:r>
              <w:rPr>
                <w:b/>
                <w:sz w:val="18"/>
              </w:rPr>
              <w:t>Are you related to any Corporation member or employee of Dorset Studio School?</w:t>
            </w:r>
          </w:p>
        </w:tc>
        <w:tc>
          <w:tcPr>
            <w:tcW w:w="6048" w:type="dxa"/>
            <w:tcMar>
              <w:top w:w="100" w:type="dxa"/>
              <w:left w:w="120" w:type="dxa"/>
              <w:bottom w:w="100" w:type="dxa"/>
              <w:right w:w="120" w:type="dxa"/>
            </w:tcMar>
          </w:tcPr>
          <w:p w:rsidR="00DF44DB" w:rsidRDefault="004F7F76">
            <w:r>
              <w:rPr>
                <w:sz w:val="18"/>
              </w:rPr>
              <w:t>[  ] Yes    [  ] No</w:t>
            </w:r>
            <w:r>
              <w:rPr>
                <w:sz w:val="18"/>
              </w:rPr>
              <w:br/>
              <w:t>If yes, give name &amp; re</w:t>
            </w:r>
            <w:r>
              <w:rPr>
                <w:sz w:val="18"/>
              </w:rPr>
              <w:t>lationship:</w:t>
            </w:r>
          </w:p>
        </w:tc>
      </w:tr>
    </w:tbl>
    <w:p w:rsidR="00DF44DB" w:rsidRDefault="004F7F76">
      <w:pPr>
        <w:spacing w:before="160" w:after="80"/>
      </w:pPr>
      <w:r>
        <w:rPr>
          <w:b/>
        </w:rPr>
        <w:lastRenderedPageBreak/>
        <w:t>Are you already a member of a Pension Scheme?   [  ] Yes   [  ] No</w:t>
      </w:r>
      <w:r>
        <w:rPr>
          <w:b/>
        </w:rPr>
        <w:br/>
      </w:r>
      <w:r>
        <w:rPr>
          <w:sz w:val="18"/>
        </w:rPr>
        <w:t>If yes, please state name of Scheme: ___________________________________________</w:t>
      </w:r>
      <w:r>
        <w:rPr>
          <w:sz w:val="18"/>
        </w:rPr>
        <w:br/>
      </w:r>
      <w:r>
        <w:rPr>
          <w:b/>
        </w:rPr>
        <w:t>Do you hold a current clean driving licence?   [  ] Yes   [  ] No</w:t>
      </w:r>
    </w:p>
    <w:tbl>
      <w:tblPr>
        <w:tblW w:w="0" w:type="auto"/>
        <w:jc w:val="center"/>
        <w:tblLook w:val="04A0" w:firstRow="1" w:lastRow="0" w:firstColumn="1" w:lastColumn="0" w:noHBand="0" w:noVBand="1"/>
      </w:tblPr>
      <w:tblGrid>
        <w:gridCol w:w="10080"/>
      </w:tblGrid>
      <w:tr w:rsidR="00DF44DB">
        <w:trPr>
          <w:jc w:val="center"/>
        </w:trPr>
        <w:tc>
          <w:tcPr>
            <w:tcW w:w="10080" w:type="dxa"/>
            <w:shd w:val="clear" w:color="auto" w:fill="EDF2F7"/>
            <w:tcMar>
              <w:top w:w="140" w:type="dxa"/>
              <w:left w:w="160" w:type="dxa"/>
              <w:bottom w:w="140" w:type="dxa"/>
              <w:right w:w="160" w:type="dxa"/>
            </w:tcMar>
          </w:tcPr>
          <w:p w:rsidR="00DF44DB" w:rsidRDefault="004F7F76">
            <w:pPr>
              <w:spacing w:after="120"/>
            </w:pPr>
            <w:r>
              <w:rPr>
                <w:b/>
                <w:color w:val="1B365D"/>
                <w:sz w:val="19"/>
              </w:rPr>
              <w:t>DECLARATION</w:t>
            </w:r>
            <w:r>
              <w:rPr>
                <w:b/>
                <w:color w:val="1B365D"/>
                <w:sz w:val="19"/>
              </w:rPr>
              <w:br/>
            </w:r>
            <w:r>
              <w:rPr>
                <w:sz w:val="18"/>
              </w:rPr>
              <w:t>I confirm that th</w:t>
            </w:r>
            <w:r>
              <w:rPr>
                <w:sz w:val="18"/>
              </w:rPr>
              <w:t>e information given on this form is true and complete. Any false statement may be sufficient cause for rejection, or, if employed, dismissal.</w:t>
            </w:r>
            <w:r>
              <w:rPr>
                <w:sz w:val="18"/>
              </w:rPr>
              <w:br/>
            </w:r>
            <w:r>
              <w:rPr>
                <w:sz w:val="18"/>
              </w:rPr>
              <w:br/>
              <w:t>Signed: _________________________________________           Date: ________________________</w:t>
            </w:r>
          </w:p>
        </w:tc>
      </w:tr>
    </w:tbl>
    <w:p w:rsidR="00DF44DB" w:rsidRDefault="004F7F76">
      <w:r>
        <w:br w:type="page"/>
      </w:r>
    </w:p>
    <w:p w:rsidR="00DF44DB" w:rsidRDefault="004F7F76">
      <w:pPr>
        <w:keepNext/>
        <w:pBdr>
          <w:bottom w:val="single" w:sz="12" w:space="4" w:color="1B365D"/>
        </w:pBdr>
        <w:spacing w:before="280" w:after="120"/>
      </w:pPr>
      <w:r>
        <w:rPr>
          <w:b/>
          <w:color w:val="1B365D"/>
          <w:sz w:val="22"/>
        </w:rPr>
        <w:lastRenderedPageBreak/>
        <w:t xml:space="preserve">3. EDUCATION, </w:t>
      </w:r>
      <w:r>
        <w:rPr>
          <w:b/>
          <w:color w:val="1B365D"/>
          <w:sz w:val="22"/>
        </w:rPr>
        <w:t>QUALIFICATIONS AND TRAINING</w:t>
      </w:r>
    </w:p>
    <w:p w:rsidR="00DF44DB" w:rsidRDefault="004F7F76">
      <w:pPr>
        <w:spacing w:after="120"/>
      </w:pPr>
      <w:r>
        <w:rPr>
          <w:i/>
          <w:sz w:val="17"/>
        </w:rPr>
        <w:t>Please give details of educational qualifications obtained. Shortlisted candidates will be asked to provide evidence of qualifications.</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032"/>
        <w:gridCol w:w="2880"/>
        <w:gridCol w:w="1584"/>
        <w:gridCol w:w="1584"/>
      </w:tblGrid>
      <w:tr w:rsidR="00DF44DB">
        <w:trPr>
          <w:jc w:val="center"/>
        </w:trPr>
        <w:tc>
          <w:tcPr>
            <w:tcW w:w="4032" w:type="dxa"/>
            <w:shd w:val="clear" w:color="auto" w:fill="1B365D"/>
            <w:tcMar>
              <w:top w:w="120" w:type="dxa"/>
              <w:left w:w="100" w:type="dxa"/>
              <w:bottom w:w="120" w:type="dxa"/>
              <w:right w:w="100" w:type="dxa"/>
            </w:tcMar>
          </w:tcPr>
          <w:p w:rsidR="00DF44DB" w:rsidRDefault="004F7F76">
            <w:r>
              <w:rPr>
                <w:b/>
                <w:color w:val="FFFFFF"/>
                <w:sz w:val="18"/>
              </w:rPr>
              <w:t>Qualifications Obtained or to be taken</w:t>
            </w:r>
          </w:p>
        </w:tc>
        <w:tc>
          <w:tcPr>
            <w:tcW w:w="2880" w:type="dxa"/>
            <w:shd w:val="clear" w:color="auto" w:fill="1B365D"/>
            <w:tcMar>
              <w:top w:w="120" w:type="dxa"/>
              <w:left w:w="100" w:type="dxa"/>
              <w:bottom w:w="120" w:type="dxa"/>
              <w:right w:w="100" w:type="dxa"/>
            </w:tcMar>
          </w:tcPr>
          <w:p w:rsidR="00DF44DB" w:rsidRDefault="004F7F76">
            <w:r>
              <w:rPr>
                <w:b/>
                <w:color w:val="FFFFFF"/>
                <w:sz w:val="18"/>
              </w:rPr>
              <w:t>Awarding Body</w:t>
            </w:r>
          </w:p>
        </w:tc>
        <w:tc>
          <w:tcPr>
            <w:tcW w:w="1584" w:type="dxa"/>
            <w:shd w:val="clear" w:color="auto" w:fill="1B365D"/>
            <w:tcMar>
              <w:top w:w="120" w:type="dxa"/>
              <w:left w:w="100" w:type="dxa"/>
              <w:bottom w:w="120" w:type="dxa"/>
              <w:right w:w="100" w:type="dxa"/>
            </w:tcMar>
          </w:tcPr>
          <w:p w:rsidR="00DF44DB" w:rsidRDefault="004F7F76">
            <w:r>
              <w:rPr>
                <w:b/>
                <w:color w:val="FFFFFF"/>
                <w:sz w:val="18"/>
              </w:rPr>
              <w:t>Date</w:t>
            </w:r>
          </w:p>
        </w:tc>
        <w:tc>
          <w:tcPr>
            <w:tcW w:w="1584" w:type="dxa"/>
            <w:shd w:val="clear" w:color="auto" w:fill="1B365D"/>
            <w:tcMar>
              <w:top w:w="120" w:type="dxa"/>
              <w:left w:w="100" w:type="dxa"/>
              <w:bottom w:w="120" w:type="dxa"/>
              <w:right w:w="100" w:type="dxa"/>
            </w:tcMar>
          </w:tcPr>
          <w:p w:rsidR="00DF44DB" w:rsidRDefault="004F7F76">
            <w:r>
              <w:rPr>
                <w:b/>
                <w:color w:val="FFFFFF"/>
                <w:sz w:val="18"/>
              </w:rPr>
              <w:t>Grade / Level</w:t>
            </w:r>
          </w:p>
        </w:tc>
      </w:tr>
      <w:tr w:rsidR="00DF44DB">
        <w:trPr>
          <w:jc w:val="center"/>
        </w:trPr>
        <w:tc>
          <w:tcPr>
            <w:tcW w:w="4032" w:type="dxa"/>
            <w:shd w:val="clear" w:color="auto" w:fill="F7FAFC"/>
            <w:tcMar>
              <w:top w:w="100" w:type="dxa"/>
              <w:left w:w="100" w:type="dxa"/>
              <w:bottom w:w="100" w:type="dxa"/>
              <w:right w:w="100" w:type="dxa"/>
            </w:tcMar>
          </w:tcPr>
          <w:p w:rsidR="00DF44DB" w:rsidRDefault="00DF44DB"/>
        </w:tc>
        <w:tc>
          <w:tcPr>
            <w:tcW w:w="2880"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r>
      <w:tr w:rsidR="00DF44DB">
        <w:trPr>
          <w:jc w:val="center"/>
        </w:trPr>
        <w:tc>
          <w:tcPr>
            <w:tcW w:w="4032" w:type="dxa"/>
            <w:tcMar>
              <w:top w:w="100" w:type="dxa"/>
              <w:left w:w="100" w:type="dxa"/>
              <w:bottom w:w="100" w:type="dxa"/>
              <w:right w:w="100" w:type="dxa"/>
            </w:tcMar>
          </w:tcPr>
          <w:p w:rsidR="00DF44DB" w:rsidRDefault="00DF44DB"/>
        </w:tc>
        <w:tc>
          <w:tcPr>
            <w:tcW w:w="2880" w:type="dxa"/>
            <w:tcMar>
              <w:top w:w="100" w:type="dxa"/>
              <w:left w:w="100" w:type="dxa"/>
              <w:bottom w:w="100" w:type="dxa"/>
              <w:right w:w="100" w:type="dxa"/>
            </w:tcMar>
          </w:tcPr>
          <w:p w:rsidR="00DF44DB" w:rsidRDefault="00DF44DB"/>
        </w:tc>
        <w:tc>
          <w:tcPr>
            <w:tcW w:w="1584" w:type="dxa"/>
            <w:tcMar>
              <w:top w:w="100" w:type="dxa"/>
              <w:left w:w="100" w:type="dxa"/>
              <w:bottom w:w="100" w:type="dxa"/>
              <w:right w:w="100" w:type="dxa"/>
            </w:tcMar>
          </w:tcPr>
          <w:p w:rsidR="00DF44DB" w:rsidRDefault="00DF44DB"/>
        </w:tc>
        <w:tc>
          <w:tcPr>
            <w:tcW w:w="1584" w:type="dxa"/>
            <w:tcMar>
              <w:top w:w="100" w:type="dxa"/>
              <w:left w:w="100" w:type="dxa"/>
              <w:bottom w:w="100" w:type="dxa"/>
              <w:right w:w="100" w:type="dxa"/>
            </w:tcMar>
          </w:tcPr>
          <w:p w:rsidR="00DF44DB" w:rsidRDefault="00DF44DB"/>
        </w:tc>
      </w:tr>
      <w:tr w:rsidR="00DF44DB">
        <w:trPr>
          <w:jc w:val="center"/>
        </w:trPr>
        <w:tc>
          <w:tcPr>
            <w:tcW w:w="4032" w:type="dxa"/>
            <w:shd w:val="clear" w:color="auto" w:fill="F7FAFC"/>
            <w:tcMar>
              <w:top w:w="100" w:type="dxa"/>
              <w:left w:w="100" w:type="dxa"/>
              <w:bottom w:w="100" w:type="dxa"/>
              <w:right w:w="100" w:type="dxa"/>
            </w:tcMar>
          </w:tcPr>
          <w:p w:rsidR="00DF44DB" w:rsidRDefault="00DF44DB"/>
        </w:tc>
        <w:tc>
          <w:tcPr>
            <w:tcW w:w="2880"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r>
      <w:tr w:rsidR="00DF44DB">
        <w:trPr>
          <w:jc w:val="center"/>
        </w:trPr>
        <w:tc>
          <w:tcPr>
            <w:tcW w:w="4032" w:type="dxa"/>
            <w:tcMar>
              <w:top w:w="100" w:type="dxa"/>
              <w:left w:w="100" w:type="dxa"/>
              <w:bottom w:w="100" w:type="dxa"/>
              <w:right w:w="100" w:type="dxa"/>
            </w:tcMar>
          </w:tcPr>
          <w:p w:rsidR="00DF44DB" w:rsidRDefault="00DF44DB">
            <w:bookmarkStart w:id="0" w:name="_GoBack"/>
            <w:bookmarkEnd w:id="0"/>
          </w:p>
        </w:tc>
        <w:tc>
          <w:tcPr>
            <w:tcW w:w="2880" w:type="dxa"/>
            <w:tcMar>
              <w:top w:w="100" w:type="dxa"/>
              <w:left w:w="100" w:type="dxa"/>
              <w:bottom w:w="100" w:type="dxa"/>
              <w:right w:w="100" w:type="dxa"/>
            </w:tcMar>
          </w:tcPr>
          <w:p w:rsidR="00DF44DB" w:rsidRDefault="00DF44DB"/>
        </w:tc>
        <w:tc>
          <w:tcPr>
            <w:tcW w:w="1584" w:type="dxa"/>
            <w:tcMar>
              <w:top w:w="100" w:type="dxa"/>
              <w:left w:w="100" w:type="dxa"/>
              <w:bottom w:w="100" w:type="dxa"/>
              <w:right w:w="100" w:type="dxa"/>
            </w:tcMar>
          </w:tcPr>
          <w:p w:rsidR="00DF44DB" w:rsidRDefault="00DF44DB"/>
        </w:tc>
        <w:tc>
          <w:tcPr>
            <w:tcW w:w="1584" w:type="dxa"/>
            <w:tcMar>
              <w:top w:w="100" w:type="dxa"/>
              <w:left w:w="100" w:type="dxa"/>
              <w:bottom w:w="100" w:type="dxa"/>
              <w:right w:w="100" w:type="dxa"/>
            </w:tcMar>
          </w:tcPr>
          <w:p w:rsidR="00DF44DB" w:rsidRDefault="00DF44DB"/>
        </w:tc>
      </w:tr>
      <w:tr w:rsidR="00DF44DB">
        <w:trPr>
          <w:jc w:val="center"/>
        </w:trPr>
        <w:tc>
          <w:tcPr>
            <w:tcW w:w="4032" w:type="dxa"/>
            <w:shd w:val="clear" w:color="auto" w:fill="F7FAFC"/>
            <w:tcMar>
              <w:top w:w="100" w:type="dxa"/>
              <w:left w:w="100" w:type="dxa"/>
              <w:bottom w:w="100" w:type="dxa"/>
              <w:right w:w="100" w:type="dxa"/>
            </w:tcMar>
          </w:tcPr>
          <w:p w:rsidR="00DF44DB" w:rsidRDefault="00DF44DB"/>
        </w:tc>
        <w:tc>
          <w:tcPr>
            <w:tcW w:w="2880"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c>
          <w:tcPr>
            <w:tcW w:w="1584" w:type="dxa"/>
            <w:shd w:val="clear" w:color="auto" w:fill="F7FAFC"/>
            <w:tcMar>
              <w:top w:w="100" w:type="dxa"/>
              <w:left w:w="100" w:type="dxa"/>
              <w:bottom w:w="100" w:type="dxa"/>
              <w:right w:w="100" w:type="dxa"/>
            </w:tcMar>
          </w:tcPr>
          <w:p w:rsidR="00DF44DB" w:rsidRDefault="00DF44DB"/>
        </w:tc>
      </w:tr>
    </w:tbl>
    <w:p w:rsidR="00DF44DB" w:rsidRDefault="004F7F76">
      <w:pPr>
        <w:spacing w:before="200" w:after="80"/>
      </w:pPr>
      <w:r>
        <w:rPr>
          <w:b/>
          <w:sz w:val="19"/>
        </w:rPr>
        <w:t>MEMBERSHIP OF PROFESSIONAL BODIES:</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20"/>
        <w:gridCol w:w="3600"/>
        <w:gridCol w:w="2160"/>
      </w:tblGrid>
      <w:tr w:rsidR="00DF44DB">
        <w:trPr>
          <w:jc w:val="center"/>
        </w:trPr>
        <w:tc>
          <w:tcPr>
            <w:tcW w:w="4320" w:type="dxa"/>
            <w:shd w:val="clear" w:color="auto" w:fill="EDF2F7"/>
            <w:tcMar>
              <w:top w:w="100" w:type="dxa"/>
              <w:left w:w="100" w:type="dxa"/>
              <w:bottom w:w="100" w:type="dxa"/>
              <w:right w:w="100" w:type="dxa"/>
            </w:tcMar>
          </w:tcPr>
          <w:p w:rsidR="00DF44DB" w:rsidRDefault="004F7F76">
            <w:r>
              <w:rPr>
                <w:b/>
                <w:sz w:val="18"/>
              </w:rPr>
              <w:t>Professional Body</w:t>
            </w:r>
          </w:p>
        </w:tc>
        <w:tc>
          <w:tcPr>
            <w:tcW w:w="3600" w:type="dxa"/>
            <w:shd w:val="clear" w:color="auto" w:fill="EDF2F7"/>
            <w:tcMar>
              <w:top w:w="100" w:type="dxa"/>
              <w:left w:w="100" w:type="dxa"/>
              <w:bottom w:w="100" w:type="dxa"/>
              <w:right w:w="100" w:type="dxa"/>
            </w:tcMar>
          </w:tcPr>
          <w:p w:rsidR="00DF44DB" w:rsidRDefault="004F7F76">
            <w:r>
              <w:rPr>
                <w:b/>
                <w:sz w:val="18"/>
              </w:rPr>
              <w:t>Membership Level / Status</w:t>
            </w:r>
          </w:p>
        </w:tc>
        <w:tc>
          <w:tcPr>
            <w:tcW w:w="2160" w:type="dxa"/>
            <w:shd w:val="clear" w:color="auto" w:fill="EDF2F7"/>
            <w:tcMar>
              <w:top w:w="100" w:type="dxa"/>
              <w:left w:w="100" w:type="dxa"/>
              <w:bottom w:w="100" w:type="dxa"/>
              <w:right w:w="100" w:type="dxa"/>
            </w:tcMar>
          </w:tcPr>
          <w:p w:rsidR="00DF44DB" w:rsidRDefault="004F7F76">
            <w:r>
              <w:rPr>
                <w:b/>
                <w:sz w:val="18"/>
              </w:rPr>
              <w:t>Date Obtained</w:t>
            </w:r>
          </w:p>
        </w:tc>
      </w:tr>
      <w:tr w:rsidR="00DF44DB">
        <w:trPr>
          <w:jc w:val="center"/>
        </w:trPr>
        <w:tc>
          <w:tcPr>
            <w:tcW w:w="4320" w:type="dxa"/>
            <w:tcMar>
              <w:top w:w="100" w:type="dxa"/>
              <w:left w:w="100" w:type="dxa"/>
              <w:bottom w:w="100" w:type="dxa"/>
              <w:right w:w="100" w:type="dxa"/>
            </w:tcMar>
          </w:tcPr>
          <w:p w:rsidR="00DF44DB" w:rsidRDefault="00DF44DB"/>
        </w:tc>
        <w:tc>
          <w:tcPr>
            <w:tcW w:w="3600" w:type="dxa"/>
            <w:tcMar>
              <w:top w:w="100" w:type="dxa"/>
              <w:left w:w="100" w:type="dxa"/>
              <w:bottom w:w="100" w:type="dxa"/>
              <w:right w:w="100" w:type="dxa"/>
            </w:tcMar>
          </w:tcPr>
          <w:p w:rsidR="00DF44DB" w:rsidRDefault="00DF44DB"/>
        </w:tc>
        <w:tc>
          <w:tcPr>
            <w:tcW w:w="2160" w:type="dxa"/>
            <w:tcMar>
              <w:top w:w="100" w:type="dxa"/>
              <w:left w:w="100" w:type="dxa"/>
              <w:bottom w:w="100" w:type="dxa"/>
              <w:right w:w="100" w:type="dxa"/>
            </w:tcMar>
          </w:tcPr>
          <w:p w:rsidR="00DF44DB" w:rsidRDefault="00DF44DB"/>
        </w:tc>
      </w:tr>
      <w:tr w:rsidR="00DF44DB">
        <w:trPr>
          <w:jc w:val="center"/>
        </w:trPr>
        <w:tc>
          <w:tcPr>
            <w:tcW w:w="4320" w:type="dxa"/>
            <w:tcMar>
              <w:top w:w="100" w:type="dxa"/>
              <w:left w:w="100" w:type="dxa"/>
              <w:bottom w:w="100" w:type="dxa"/>
              <w:right w:w="100" w:type="dxa"/>
            </w:tcMar>
          </w:tcPr>
          <w:p w:rsidR="00DF44DB" w:rsidRDefault="00DF44DB"/>
        </w:tc>
        <w:tc>
          <w:tcPr>
            <w:tcW w:w="3600" w:type="dxa"/>
            <w:tcMar>
              <w:top w:w="100" w:type="dxa"/>
              <w:left w:w="100" w:type="dxa"/>
              <w:bottom w:w="100" w:type="dxa"/>
              <w:right w:w="100" w:type="dxa"/>
            </w:tcMar>
          </w:tcPr>
          <w:p w:rsidR="00DF44DB" w:rsidRDefault="00DF44DB"/>
        </w:tc>
        <w:tc>
          <w:tcPr>
            <w:tcW w:w="2160" w:type="dxa"/>
            <w:tcMar>
              <w:top w:w="100" w:type="dxa"/>
              <w:left w:w="100" w:type="dxa"/>
              <w:bottom w:w="100" w:type="dxa"/>
              <w:right w:w="100" w:type="dxa"/>
            </w:tcMar>
          </w:tcPr>
          <w:p w:rsidR="00DF44DB" w:rsidRDefault="00DF44DB"/>
        </w:tc>
      </w:tr>
    </w:tbl>
    <w:p w:rsidR="00DF44DB" w:rsidRDefault="004F7F76">
      <w:pPr>
        <w:keepNext/>
        <w:pBdr>
          <w:bottom w:val="single" w:sz="12" w:space="4" w:color="1B365D"/>
        </w:pBdr>
        <w:spacing w:before="280" w:after="120"/>
      </w:pPr>
      <w:r>
        <w:rPr>
          <w:b/>
          <w:color w:val="1B365D"/>
          <w:sz w:val="22"/>
        </w:rPr>
        <w:t>4. EMPLOYMENT HISTORY</w:t>
      </w:r>
    </w:p>
    <w:p w:rsidR="00DF44DB" w:rsidRDefault="004F7F76">
      <w:pPr>
        <w:spacing w:before="80" w:after="80"/>
      </w:pPr>
      <w:r>
        <w:rPr>
          <w:b/>
          <w:color w:val="4A5568"/>
        </w:rPr>
        <w:t>PRESENT / MOST RECENT POST</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3744"/>
        <w:gridCol w:w="6336"/>
      </w:tblGrid>
      <w:tr w:rsidR="00DF44DB">
        <w:trPr>
          <w:jc w:val="center"/>
        </w:trPr>
        <w:tc>
          <w:tcPr>
            <w:tcW w:w="3744" w:type="dxa"/>
            <w:shd w:val="clear" w:color="auto" w:fill="F7FAFC"/>
            <w:tcMar>
              <w:top w:w="100" w:type="dxa"/>
              <w:left w:w="100" w:type="dxa"/>
              <w:bottom w:w="100" w:type="dxa"/>
              <w:right w:w="100" w:type="dxa"/>
            </w:tcMar>
          </w:tcPr>
          <w:p w:rsidR="00DF44DB" w:rsidRDefault="004F7F76">
            <w:r>
              <w:rPr>
                <w:b/>
                <w:sz w:val="18"/>
              </w:rPr>
              <w:t>Full Name &amp; Address of Employer:</w:t>
            </w:r>
          </w:p>
        </w:tc>
        <w:tc>
          <w:tcPr>
            <w:tcW w:w="6336" w:type="dxa"/>
            <w:tcMar>
              <w:top w:w="100" w:type="dxa"/>
              <w:left w:w="100" w:type="dxa"/>
              <w:bottom w:w="100" w:type="dxa"/>
              <w:right w:w="100" w:type="dxa"/>
            </w:tcMar>
          </w:tcPr>
          <w:p w:rsidR="00DF44DB" w:rsidRDefault="00DF44DB"/>
        </w:tc>
      </w:tr>
      <w:tr w:rsidR="00DF44DB">
        <w:trPr>
          <w:jc w:val="center"/>
        </w:trPr>
        <w:tc>
          <w:tcPr>
            <w:tcW w:w="3744" w:type="dxa"/>
            <w:shd w:val="clear" w:color="auto" w:fill="F7FAFC"/>
            <w:tcMar>
              <w:top w:w="100" w:type="dxa"/>
              <w:left w:w="100" w:type="dxa"/>
              <w:bottom w:w="100" w:type="dxa"/>
              <w:right w:w="100" w:type="dxa"/>
            </w:tcMar>
          </w:tcPr>
          <w:p w:rsidR="00DF44DB" w:rsidRDefault="004F7F76">
            <w:r>
              <w:rPr>
                <w:b/>
                <w:sz w:val="18"/>
              </w:rPr>
              <w:t>Present / Most Recent Post Title:</w:t>
            </w:r>
          </w:p>
        </w:tc>
        <w:tc>
          <w:tcPr>
            <w:tcW w:w="6336" w:type="dxa"/>
            <w:tcMar>
              <w:top w:w="100" w:type="dxa"/>
              <w:left w:w="100" w:type="dxa"/>
              <w:bottom w:w="100" w:type="dxa"/>
              <w:right w:w="100" w:type="dxa"/>
            </w:tcMar>
          </w:tcPr>
          <w:p w:rsidR="00DF44DB" w:rsidRDefault="00DF44DB"/>
        </w:tc>
      </w:tr>
      <w:tr w:rsidR="00DF44DB">
        <w:trPr>
          <w:jc w:val="center"/>
        </w:trPr>
        <w:tc>
          <w:tcPr>
            <w:tcW w:w="3744" w:type="dxa"/>
            <w:shd w:val="clear" w:color="auto" w:fill="F7FAFC"/>
            <w:tcMar>
              <w:top w:w="100" w:type="dxa"/>
              <w:left w:w="100" w:type="dxa"/>
              <w:bottom w:w="100" w:type="dxa"/>
              <w:right w:w="100" w:type="dxa"/>
            </w:tcMar>
          </w:tcPr>
          <w:p w:rsidR="00DF44DB" w:rsidRDefault="004F7F76">
            <w:r>
              <w:rPr>
                <w:b/>
                <w:sz w:val="18"/>
              </w:rPr>
              <w:t>Date Commenced / Date Left:</w:t>
            </w:r>
          </w:p>
        </w:tc>
        <w:tc>
          <w:tcPr>
            <w:tcW w:w="6336" w:type="dxa"/>
            <w:tcMar>
              <w:top w:w="100" w:type="dxa"/>
              <w:left w:w="100" w:type="dxa"/>
              <w:bottom w:w="100" w:type="dxa"/>
              <w:right w:w="100" w:type="dxa"/>
            </w:tcMar>
          </w:tcPr>
          <w:p w:rsidR="00DF44DB" w:rsidRDefault="004F7F76">
            <w:r>
              <w:rPr>
                <w:sz w:val="18"/>
              </w:rPr>
              <w:t>From: __________________   To: __________________</w:t>
            </w:r>
          </w:p>
        </w:tc>
      </w:tr>
      <w:tr w:rsidR="00DF44DB">
        <w:trPr>
          <w:jc w:val="center"/>
        </w:trPr>
        <w:tc>
          <w:tcPr>
            <w:tcW w:w="3744" w:type="dxa"/>
            <w:shd w:val="clear" w:color="auto" w:fill="F7FAFC"/>
            <w:tcMar>
              <w:top w:w="100" w:type="dxa"/>
              <w:left w:w="100" w:type="dxa"/>
              <w:bottom w:w="100" w:type="dxa"/>
              <w:right w:w="100" w:type="dxa"/>
            </w:tcMar>
          </w:tcPr>
          <w:p w:rsidR="00DF44DB" w:rsidRDefault="004F7F76">
            <w:r>
              <w:rPr>
                <w:b/>
                <w:sz w:val="18"/>
              </w:rPr>
              <w:t>Current Salary / Grade:</w:t>
            </w:r>
          </w:p>
        </w:tc>
        <w:tc>
          <w:tcPr>
            <w:tcW w:w="6336" w:type="dxa"/>
            <w:tcMar>
              <w:top w:w="100" w:type="dxa"/>
              <w:left w:w="100" w:type="dxa"/>
              <w:bottom w:w="100" w:type="dxa"/>
              <w:right w:w="100" w:type="dxa"/>
            </w:tcMar>
          </w:tcPr>
          <w:p w:rsidR="00DF44DB" w:rsidRDefault="00DF44DB"/>
        </w:tc>
      </w:tr>
      <w:tr w:rsidR="00DF44DB">
        <w:trPr>
          <w:jc w:val="center"/>
        </w:trPr>
        <w:tc>
          <w:tcPr>
            <w:tcW w:w="3744" w:type="dxa"/>
            <w:shd w:val="clear" w:color="auto" w:fill="F7FAFC"/>
            <w:tcMar>
              <w:top w:w="100" w:type="dxa"/>
              <w:left w:w="100" w:type="dxa"/>
              <w:bottom w:w="100" w:type="dxa"/>
              <w:right w:w="100" w:type="dxa"/>
            </w:tcMar>
          </w:tcPr>
          <w:p w:rsidR="00DF44DB" w:rsidRDefault="004F7F76">
            <w:r>
              <w:rPr>
                <w:b/>
                <w:sz w:val="18"/>
              </w:rPr>
              <w:t>Brief Description of Duties &amp;</w:t>
            </w:r>
            <w:r>
              <w:rPr>
                <w:b/>
                <w:sz w:val="18"/>
              </w:rPr>
              <w:br/>
              <w:t>Reason for Leaving:</w:t>
            </w:r>
          </w:p>
        </w:tc>
        <w:tc>
          <w:tcPr>
            <w:tcW w:w="6336" w:type="dxa"/>
            <w:tcMar>
              <w:top w:w="100" w:type="dxa"/>
              <w:left w:w="100" w:type="dxa"/>
              <w:bottom w:w="100" w:type="dxa"/>
              <w:right w:w="100" w:type="dxa"/>
            </w:tcMar>
          </w:tcPr>
          <w:p w:rsidR="00DF44DB" w:rsidRDefault="004F7F76">
            <w:r>
              <w:rPr>
                <w:sz w:val="18"/>
              </w:rPr>
              <w:br/>
            </w:r>
            <w:r>
              <w:rPr>
                <w:sz w:val="18"/>
              </w:rPr>
              <w:br/>
              <w:t>Reason for Leaving:</w:t>
            </w:r>
          </w:p>
        </w:tc>
      </w:tr>
    </w:tbl>
    <w:p w:rsidR="00DF44DB" w:rsidRDefault="004F7F76">
      <w:pPr>
        <w:spacing w:before="200" w:after="80"/>
      </w:pPr>
      <w:r>
        <w:rPr>
          <w:b/>
          <w:color w:val="4A5568"/>
        </w:rPr>
        <w:t>PREVIOUS EMPLOYMENT HISTORY (Most recent first)</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2160"/>
        <w:gridCol w:w="2880"/>
        <w:gridCol w:w="1440"/>
        <w:gridCol w:w="1728"/>
        <w:gridCol w:w="1872"/>
      </w:tblGrid>
      <w:tr w:rsidR="00DF44DB">
        <w:trPr>
          <w:jc w:val="center"/>
        </w:trPr>
        <w:tc>
          <w:tcPr>
            <w:tcW w:w="2160" w:type="dxa"/>
            <w:shd w:val="clear" w:color="auto" w:fill="1B365D"/>
            <w:tcMar>
              <w:top w:w="100" w:type="dxa"/>
              <w:left w:w="80" w:type="dxa"/>
              <w:bottom w:w="100" w:type="dxa"/>
              <w:right w:w="80" w:type="dxa"/>
            </w:tcMar>
          </w:tcPr>
          <w:p w:rsidR="00DF44DB" w:rsidRDefault="004F7F76">
            <w:r>
              <w:rPr>
                <w:b/>
                <w:color w:val="FFFFFF"/>
                <w:sz w:val="17"/>
              </w:rPr>
              <w:t>Post Held</w:t>
            </w:r>
          </w:p>
        </w:tc>
        <w:tc>
          <w:tcPr>
            <w:tcW w:w="2880" w:type="dxa"/>
            <w:shd w:val="clear" w:color="auto" w:fill="1B365D"/>
            <w:tcMar>
              <w:top w:w="100" w:type="dxa"/>
              <w:left w:w="80" w:type="dxa"/>
              <w:bottom w:w="100" w:type="dxa"/>
              <w:right w:w="80" w:type="dxa"/>
            </w:tcMar>
          </w:tcPr>
          <w:p w:rsidR="00DF44DB" w:rsidRDefault="004F7F76">
            <w:r>
              <w:rPr>
                <w:b/>
                <w:color w:val="FFFFFF"/>
                <w:sz w:val="17"/>
              </w:rPr>
              <w:t>Employer Name &amp; Address</w:t>
            </w:r>
          </w:p>
        </w:tc>
        <w:tc>
          <w:tcPr>
            <w:tcW w:w="1440" w:type="dxa"/>
            <w:shd w:val="clear" w:color="auto" w:fill="1B365D"/>
            <w:tcMar>
              <w:top w:w="100" w:type="dxa"/>
              <w:left w:w="80" w:type="dxa"/>
              <w:bottom w:w="100" w:type="dxa"/>
              <w:right w:w="80" w:type="dxa"/>
            </w:tcMar>
          </w:tcPr>
          <w:p w:rsidR="00DF44DB" w:rsidRDefault="004F7F76">
            <w:r>
              <w:rPr>
                <w:b/>
                <w:color w:val="FFFFFF"/>
                <w:sz w:val="17"/>
              </w:rPr>
              <w:t>Salary / Grade</w:t>
            </w:r>
          </w:p>
        </w:tc>
        <w:tc>
          <w:tcPr>
            <w:tcW w:w="1728" w:type="dxa"/>
            <w:shd w:val="clear" w:color="auto" w:fill="1B365D"/>
            <w:tcMar>
              <w:top w:w="100" w:type="dxa"/>
              <w:left w:w="80" w:type="dxa"/>
              <w:bottom w:w="100" w:type="dxa"/>
              <w:right w:w="80" w:type="dxa"/>
            </w:tcMar>
          </w:tcPr>
          <w:p w:rsidR="00DF44DB" w:rsidRDefault="004F7F76">
            <w:r>
              <w:rPr>
                <w:b/>
                <w:color w:val="FFFFFF"/>
                <w:sz w:val="17"/>
              </w:rPr>
              <w:t xml:space="preserve">Dates </w:t>
            </w:r>
            <w:r>
              <w:rPr>
                <w:b/>
                <w:color w:val="FFFFFF"/>
                <w:sz w:val="17"/>
              </w:rPr>
              <w:t>(MM/YY)</w:t>
            </w:r>
          </w:p>
        </w:tc>
        <w:tc>
          <w:tcPr>
            <w:tcW w:w="1872" w:type="dxa"/>
            <w:shd w:val="clear" w:color="auto" w:fill="1B365D"/>
            <w:tcMar>
              <w:top w:w="100" w:type="dxa"/>
              <w:left w:w="80" w:type="dxa"/>
              <w:bottom w:w="100" w:type="dxa"/>
              <w:right w:w="80" w:type="dxa"/>
            </w:tcMar>
          </w:tcPr>
          <w:p w:rsidR="00DF44DB" w:rsidRDefault="004F7F76">
            <w:r>
              <w:rPr>
                <w:b/>
                <w:color w:val="FFFFFF"/>
                <w:sz w:val="17"/>
              </w:rPr>
              <w:t>Reason for Leaving</w:t>
            </w:r>
          </w:p>
        </w:tc>
      </w:tr>
      <w:tr w:rsidR="00DF44DB">
        <w:trPr>
          <w:jc w:val="center"/>
        </w:trPr>
        <w:tc>
          <w:tcPr>
            <w:tcW w:w="2160" w:type="dxa"/>
            <w:shd w:val="clear" w:color="auto" w:fill="F7FAFC"/>
            <w:tcMar>
              <w:top w:w="100" w:type="dxa"/>
              <w:left w:w="80" w:type="dxa"/>
              <w:bottom w:w="100" w:type="dxa"/>
              <w:right w:w="80" w:type="dxa"/>
            </w:tcMar>
          </w:tcPr>
          <w:p w:rsidR="00DF44DB" w:rsidRDefault="00DF44DB"/>
        </w:tc>
        <w:tc>
          <w:tcPr>
            <w:tcW w:w="2880" w:type="dxa"/>
            <w:shd w:val="clear" w:color="auto" w:fill="F7FAFC"/>
            <w:tcMar>
              <w:top w:w="100" w:type="dxa"/>
              <w:left w:w="80" w:type="dxa"/>
              <w:bottom w:w="100" w:type="dxa"/>
              <w:right w:w="80" w:type="dxa"/>
            </w:tcMar>
          </w:tcPr>
          <w:p w:rsidR="00DF44DB" w:rsidRDefault="00DF44DB"/>
        </w:tc>
        <w:tc>
          <w:tcPr>
            <w:tcW w:w="1440" w:type="dxa"/>
            <w:shd w:val="clear" w:color="auto" w:fill="F7FAFC"/>
            <w:tcMar>
              <w:top w:w="100" w:type="dxa"/>
              <w:left w:w="80" w:type="dxa"/>
              <w:bottom w:w="100" w:type="dxa"/>
              <w:right w:w="80" w:type="dxa"/>
            </w:tcMar>
          </w:tcPr>
          <w:p w:rsidR="00DF44DB" w:rsidRDefault="00DF44DB"/>
        </w:tc>
        <w:tc>
          <w:tcPr>
            <w:tcW w:w="1728" w:type="dxa"/>
            <w:shd w:val="clear" w:color="auto" w:fill="F7FAFC"/>
            <w:tcMar>
              <w:top w:w="100" w:type="dxa"/>
              <w:left w:w="80" w:type="dxa"/>
              <w:bottom w:w="100" w:type="dxa"/>
              <w:right w:w="80" w:type="dxa"/>
            </w:tcMar>
          </w:tcPr>
          <w:p w:rsidR="00DF44DB" w:rsidRDefault="00DF44DB"/>
        </w:tc>
        <w:tc>
          <w:tcPr>
            <w:tcW w:w="1872" w:type="dxa"/>
            <w:shd w:val="clear" w:color="auto" w:fill="F7FAFC"/>
            <w:tcMar>
              <w:top w:w="100" w:type="dxa"/>
              <w:left w:w="80" w:type="dxa"/>
              <w:bottom w:w="100" w:type="dxa"/>
              <w:right w:w="80" w:type="dxa"/>
            </w:tcMar>
          </w:tcPr>
          <w:p w:rsidR="00DF44DB" w:rsidRDefault="00DF44DB"/>
        </w:tc>
      </w:tr>
      <w:tr w:rsidR="00DF44DB">
        <w:trPr>
          <w:jc w:val="center"/>
        </w:trPr>
        <w:tc>
          <w:tcPr>
            <w:tcW w:w="2160" w:type="dxa"/>
            <w:tcMar>
              <w:top w:w="100" w:type="dxa"/>
              <w:left w:w="80" w:type="dxa"/>
              <w:bottom w:w="100" w:type="dxa"/>
              <w:right w:w="80" w:type="dxa"/>
            </w:tcMar>
          </w:tcPr>
          <w:p w:rsidR="00DF44DB" w:rsidRDefault="00DF44DB"/>
        </w:tc>
        <w:tc>
          <w:tcPr>
            <w:tcW w:w="2880" w:type="dxa"/>
            <w:tcMar>
              <w:top w:w="100" w:type="dxa"/>
              <w:left w:w="80" w:type="dxa"/>
              <w:bottom w:w="100" w:type="dxa"/>
              <w:right w:w="80" w:type="dxa"/>
            </w:tcMar>
          </w:tcPr>
          <w:p w:rsidR="00DF44DB" w:rsidRDefault="00DF44DB"/>
        </w:tc>
        <w:tc>
          <w:tcPr>
            <w:tcW w:w="1440" w:type="dxa"/>
            <w:tcMar>
              <w:top w:w="100" w:type="dxa"/>
              <w:left w:w="80" w:type="dxa"/>
              <w:bottom w:w="100" w:type="dxa"/>
              <w:right w:w="80" w:type="dxa"/>
            </w:tcMar>
          </w:tcPr>
          <w:p w:rsidR="00DF44DB" w:rsidRDefault="00DF44DB"/>
        </w:tc>
        <w:tc>
          <w:tcPr>
            <w:tcW w:w="1728" w:type="dxa"/>
            <w:tcMar>
              <w:top w:w="100" w:type="dxa"/>
              <w:left w:w="80" w:type="dxa"/>
              <w:bottom w:w="100" w:type="dxa"/>
              <w:right w:w="80" w:type="dxa"/>
            </w:tcMar>
          </w:tcPr>
          <w:p w:rsidR="00DF44DB" w:rsidRDefault="00DF44DB"/>
        </w:tc>
        <w:tc>
          <w:tcPr>
            <w:tcW w:w="1872" w:type="dxa"/>
            <w:tcMar>
              <w:top w:w="100" w:type="dxa"/>
              <w:left w:w="80" w:type="dxa"/>
              <w:bottom w:w="100" w:type="dxa"/>
              <w:right w:w="80" w:type="dxa"/>
            </w:tcMar>
          </w:tcPr>
          <w:p w:rsidR="00DF44DB" w:rsidRDefault="00DF44DB"/>
        </w:tc>
      </w:tr>
      <w:tr w:rsidR="00DF44DB">
        <w:trPr>
          <w:jc w:val="center"/>
        </w:trPr>
        <w:tc>
          <w:tcPr>
            <w:tcW w:w="2160" w:type="dxa"/>
            <w:shd w:val="clear" w:color="auto" w:fill="F7FAFC"/>
            <w:tcMar>
              <w:top w:w="100" w:type="dxa"/>
              <w:left w:w="80" w:type="dxa"/>
              <w:bottom w:w="100" w:type="dxa"/>
              <w:right w:w="80" w:type="dxa"/>
            </w:tcMar>
          </w:tcPr>
          <w:p w:rsidR="00DF44DB" w:rsidRDefault="00DF44DB"/>
        </w:tc>
        <w:tc>
          <w:tcPr>
            <w:tcW w:w="2880" w:type="dxa"/>
            <w:shd w:val="clear" w:color="auto" w:fill="F7FAFC"/>
            <w:tcMar>
              <w:top w:w="100" w:type="dxa"/>
              <w:left w:w="80" w:type="dxa"/>
              <w:bottom w:w="100" w:type="dxa"/>
              <w:right w:w="80" w:type="dxa"/>
            </w:tcMar>
          </w:tcPr>
          <w:p w:rsidR="00DF44DB" w:rsidRDefault="00DF44DB"/>
        </w:tc>
        <w:tc>
          <w:tcPr>
            <w:tcW w:w="1440" w:type="dxa"/>
            <w:shd w:val="clear" w:color="auto" w:fill="F7FAFC"/>
            <w:tcMar>
              <w:top w:w="100" w:type="dxa"/>
              <w:left w:w="80" w:type="dxa"/>
              <w:bottom w:w="100" w:type="dxa"/>
              <w:right w:w="80" w:type="dxa"/>
            </w:tcMar>
          </w:tcPr>
          <w:p w:rsidR="00DF44DB" w:rsidRDefault="00DF44DB"/>
        </w:tc>
        <w:tc>
          <w:tcPr>
            <w:tcW w:w="1728" w:type="dxa"/>
            <w:shd w:val="clear" w:color="auto" w:fill="F7FAFC"/>
            <w:tcMar>
              <w:top w:w="100" w:type="dxa"/>
              <w:left w:w="80" w:type="dxa"/>
              <w:bottom w:w="100" w:type="dxa"/>
              <w:right w:w="80" w:type="dxa"/>
            </w:tcMar>
          </w:tcPr>
          <w:p w:rsidR="00DF44DB" w:rsidRDefault="00DF44DB"/>
        </w:tc>
        <w:tc>
          <w:tcPr>
            <w:tcW w:w="1872" w:type="dxa"/>
            <w:shd w:val="clear" w:color="auto" w:fill="F7FAFC"/>
            <w:tcMar>
              <w:top w:w="100" w:type="dxa"/>
              <w:left w:w="80" w:type="dxa"/>
              <w:bottom w:w="100" w:type="dxa"/>
              <w:right w:w="80" w:type="dxa"/>
            </w:tcMar>
          </w:tcPr>
          <w:p w:rsidR="00DF44DB" w:rsidRDefault="00DF44DB"/>
        </w:tc>
      </w:tr>
    </w:tbl>
    <w:p w:rsidR="00DF44DB" w:rsidRDefault="004F7F76">
      <w:pPr>
        <w:keepNext/>
        <w:pBdr>
          <w:bottom w:val="single" w:sz="12" w:space="4" w:color="1B365D"/>
        </w:pBdr>
        <w:spacing w:before="280" w:after="120"/>
      </w:pPr>
      <w:r>
        <w:rPr>
          <w:b/>
          <w:color w:val="1B365D"/>
          <w:sz w:val="22"/>
        </w:rPr>
        <w:t>5. DISABILITY AND SUPPORT NEEDS</w:t>
      </w:r>
    </w:p>
    <w:p w:rsidR="00DF44DB" w:rsidRDefault="004F7F76">
      <w:pPr>
        <w:spacing w:after="120"/>
      </w:pPr>
      <w:r>
        <w:rPr>
          <w:sz w:val="17"/>
        </w:rPr>
        <w:t xml:space="preserve">The Studio School actively supports applications from disabled persons. We ask these questions (a) to support managers in ensuring applicants with a disability who meet minimum </w:t>
      </w:r>
      <w:r>
        <w:rPr>
          <w:sz w:val="17"/>
        </w:rPr>
        <w:t>essential criteria are shortlisted, and (b) to ensure necessary support is provided during interview/assessment.</w:t>
      </w:r>
      <w:r>
        <w:rPr>
          <w:sz w:val="17"/>
        </w:rPr>
        <w:br/>
      </w:r>
      <w:r>
        <w:rPr>
          <w:sz w:val="17"/>
        </w:rPr>
        <w:br/>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10080"/>
      </w:tblGrid>
      <w:tr w:rsidR="00DF44DB">
        <w:trPr>
          <w:jc w:val="center"/>
        </w:trPr>
        <w:tc>
          <w:tcPr>
            <w:tcW w:w="10080" w:type="dxa"/>
            <w:shd w:val="clear" w:color="auto" w:fill="F7FAFC"/>
            <w:tcMar>
              <w:top w:w="100" w:type="dxa"/>
              <w:left w:w="120" w:type="dxa"/>
              <w:bottom w:w="100" w:type="dxa"/>
              <w:right w:w="120" w:type="dxa"/>
            </w:tcMar>
          </w:tcPr>
          <w:p w:rsidR="00DF44DB" w:rsidRDefault="004F7F76">
            <w:r>
              <w:rPr>
                <w:b/>
                <w:sz w:val="18"/>
              </w:rPr>
              <w:t>Do you have a disability?   [  ] Yes   [  ] No</w:t>
            </w:r>
            <w:r>
              <w:rPr>
                <w:b/>
                <w:sz w:val="18"/>
              </w:rPr>
              <w:br/>
              <w:t>If yes, please provide details:</w:t>
            </w:r>
          </w:p>
        </w:tc>
      </w:tr>
      <w:tr w:rsidR="00DF44DB">
        <w:trPr>
          <w:jc w:val="center"/>
        </w:trPr>
        <w:tc>
          <w:tcPr>
            <w:tcW w:w="10080" w:type="dxa"/>
            <w:tcMar>
              <w:top w:w="100" w:type="dxa"/>
              <w:left w:w="120" w:type="dxa"/>
              <w:bottom w:w="100" w:type="dxa"/>
              <w:right w:w="120" w:type="dxa"/>
            </w:tcMar>
          </w:tcPr>
          <w:p w:rsidR="00DF44DB" w:rsidRDefault="004F7F76">
            <w:r>
              <w:rPr>
                <w:b/>
                <w:sz w:val="18"/>
              </w:rPr>
              <w:t xml:space="preserve">Please provide details of any arrangements or adjustments </w:t>
            </w:r>
            <w:r>
              <w:rPr>
                <w:b/>
                <w:sz w:val="18"/>
              </w:rPr>
              <w:t>needed if shortlisted for interview or assessment:</w:t>
            </w:r>
            <w:r>
              <w:rPr>
                <w:b/>
                <w:sz w:val="18"/>
              </w:rPr>
              <w:br/>
            </w:r>
            <w:r>
              <w:rPr>
                <w:b/>
                <w:sz w:val="18"/>
              </w:rPr>
              <w:br/>
            </w:r>
            <w:r>
              <w:rPr>
                <w:b/>
                <w:sz w:val="18"/>
              </w:rPr>
              <w:br/>
            </w:r>
          </w:p>
        </w:tc>
      </w:tr>
    </w:tbl>
    <w:p w:rsidR="00DF44DB" w:rsidRDefault="004F7F76">
      <w:r>
        <w:br w:type="page"/>
      </w:r>
    </w:p>
    <w:p w:rsidR="00DF44DB" w:rsidRDefault="004F7F76">
      <w:pPr>
        <w:keepNext/>
        <w:pBdr>
          <w:bottom w:val="single" w:sz="12" w:space="4" w:color="1B365D"/>
        </w:pBdr>
        <w:spacing w:before="280" w:after="120"/>
      </w:pPr>
      <w:r>
        <w:rPr>
          <w:b/>
          <w:color w:val="1B365D"/>
          <w:sz w:val="22"/>
        </w:rPr>
        <w:lastRenderedPageBreak/>
        <w:t>6. RELEVANT EXPERIENCE &amp; STATEMENT IN SUPPORT</w:t>
      </w:r>
    </w:p>
    <w:p w:rsidR="00DF44DB" w:rsidRDefault="004F7F76">
      <w:pPr>
        <w:spacing w:after="120"/>
      </w:pPr>
      <w:r>
        <w:rPr>
          <w:i/>
          <w:sz w:val="17"/>
        </w:rPr>
        <w:t>Please explain why your skills, experience, and knowledge make you a suitable candidate for this post. Refer to the Job Description / Person Specificatio</w:t>
      </w:r>
      <w:r>
        <w:rPr>
          <w:i/>
          <w:sz w:val="17"/>
        </w:rPr>
        <w:t>n provided. Include relevant voluntary work, leisure interests, or other activities.</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10080"/>
      </w:tblGrid>
      <w:tr w:rsidR="00DF44DB">
        <w:trPr>
          <w:jc w:val="center"/>
        </w:trPr>
        <w:tc>
          <w:tcPr>
            <w:tcW w:w="10080" w:type="dxa"/>
            <w:tcMar>
              <w:top w:w="150" w:type="dxa"/>
              <w:left w:w="150" w:type="dxa"/>
              <w:bottom w:w="150" w:type="dxa"/>
              <w:right w:w="150" w:type="dxa"/>
            </w:tcMar>
          </w:tcPr>
          <w:p w:rsidR="00DF44DB" w:rsidRDefault="004F7F76">
            <w:r>
              <w:rPr>
                <w:color w:val="4A5568"/>
              </w:rPr>
              <w:t>[ Please type or write your supporting statement here ]</w:t>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r>
              <w:rPr>
                <w:color w:val="4A5568"/>
              </w:rPr>
              <w:br/>
            </w:r>
          </w:p>
        </w:tc>
      </w:tr>
    </w:tbl>
    <w:p w:rsidR="00DF44DB" w:rsidRDefault="004F7F76">
      <w:pPr>
        <w:keepNext/>
        <w:pBdr>
          <w:bottom w:val="single" w:sz="12" w:space="4" w:color="1B365D"/>
        </w:pBdr>
        <w:spacing w:before="280" w:after="120"/>
      </w:pPr>
      <w:r>
        <w:rPr>
          <w:b/>
          <w:color w:val="1B365D"/>
          <w:sz w:val="22"/>
        </w:rPr>
        <w:t>7. REHABILITATION OF OFFENDERS ACT &amp; DISCLOSURE</w:t>
      </w:r>
    </w:p>
    <w:p w:rsidR="00DF44DB" w:rsidRDefault="004F7F76">
      <w:pPr>
        <w:spacing w:after="120"/>
      </w:pPr>
      <w:r>
        <w:rPr>
          <w:sz w:val="17"/>
        </w:rPr>
        <w:t xml:space="preserve">This post is exempt from Section 4(2) of the </w:t>
      </w:r>
      <w:r>
        <w:rPr>
          <w:sz w:val="17"/>
        </w:rPr>
        <w:t>Rehabilitation of Offenders Act 1974 by virtue of the Rehabilitation of Offenders Act (Exemptions) Order 1975. You are required to reveal any information concerning spent or unspent convictions, cautions, or reprimands.</w:t>
      </w:r>
      <w:r>
        <w:rPr>
          <w:sz w:val="17"/>
        </w:rPr>
        <w:br/>
        <w:t>Under the Protection of Children Act</w:t>
      </w:r>
      <w:r>
        <w:rPr>
          <w:sz w:val="17"/>
        </w:rPr>
        <w:t xml:space="preserve"> 1999 and Police Act 1997, a Disclosure will be requested in the event of a successful application.</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10080"/>
      </w:tblGrid>
      <w:tr w:rsidR="00DF44DB">
        <w:trPr>
          <w:jc w:val="center"/>
        </w:trPr>
        <w:tc>
          <w:tcPr>
            <w:tcW w:w="10080" w:type="dxa"/>
            <w:tcMar>
              <w:top w:w="100" w:type="dxa"/>
              <w:left w:w="120" w:type="dxa"/>
              <w:bottom w:w="100" w:type="dxa"/>
              <w:right w:w="120" w:type="dxa"/>
            </w:tcMar>
          </w:tcPr>
          <w:p w:rsidR="00DF44DB" w:rsidRDefault="004F7F76">
            <w:r>
              <w:rPr>
                <w:b/>
                <w:sz w:val="18"/>
              </w:rPr>
              <w:t>Please detail any convictions, cautions, reprimands, or final warnings since age 17:</w:t>
            </w:r>
            <w:r>
              <w:rPr>
                <w:b/>
                <w:sz w:val="18"/>
              </w:rPr>
              <w:br/>
            </w:r>
            <w:r>
              <w:rPr>
                <w:b/>
                <w:sz w:val="18"/>
              </w:rPr>
              <w:br/>
            </w:r>
            <w:r>
              <w:rPr>
                <w:b/>
                <w:sz w:val="18"/>
              </w:rPr>
              <w:br/>
            </w:r>
          </w:p>
        </w:tc>
      </w:tr>
      <w:tr w:rsidR="00DF44DB">
        <w:trPr>
          <w:jc w:val="center"/>
        </w:trPr>
        <w:tc>
          <w:tcPr>
            <w:tcW w:w="10080" w:type="dxa"/>
            <w:shd w:val="clear" w:color="auto" w:fill="F7FAFC"/>
            <w:tcMar>
              <w:top w:w="100" w:type="dxa"/>
              <w:left w:w="120" w:type="dxa"/>
              <w:bottom w:w="100" w:type="dxa"/>
              <w:right w:w="120" w:type="dxa"/>
            </w:tcMar>
          </w:tcPr>
          <w:p w:rsidR="00DF44DB" w:rsidRDefault="004F7F76">
            <w:r>
              <w:rPr>
                <w:b/>
                <w:sz w:val="18"/>
              </w:rPr>
              <w:t>Do you agree to identifying details being sent as part of the Discl</w:t>
            </w:r>
            <w:r>
              <w:rPr>
                <w:b/>
                <w:sz w:val="18"/>
              </w:rPr>
              <w:t>osure application?   [  ] Yes   [  ] No</w:t>
            </w:r>
          </w:p>
        </w:tc>
      </w:tr>
    </w:tbl>
    <w:p w:rsidR="00DF44DB" w:rsidRDefault="004F7F76">
      <w:pPr>
        <w:keepNext/>
        <w:pBdr>
          <w:bottom w:val="single" w:sz="12" w:space="4" w:color="1B365D"/>
        </w:pBdr>
        <w:spacing w:before="280" w:after="120"/>
      </w:pPr>
      <w:r>
        <w:rPr>
          <w:b/>
          <w:color w:val="1B365D"/>
          <w:sz w:val="22"/>
        </w:rPr>
        <w:t>8. REFERENCES</w:t>
      </w:r>
    </w:p>
    <w:p w:rsidR="00DF44DB" w:rsidRDefault="004F7F76">
      <w:pPr>
        <w:spacing w:after="120"/>
      </w:pPr>
      <w:r>
        <w:rPr>
          <w:sz w:val="17"/>
        </w:rPr>
        <w:t>Please give two referees. One should be your current or most recent employer. It is normal procedure to contact both referees if shortlisted.</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5040"/>
        <w:gridCol w:w="5040"/>
      </w:tblGrid>
      <w:tr w:rsidR="00DF44DB">
        <w:trPr>
          <w:jc w:val="center"/>
        </w:trPr>
        <w:tc>
          <w:tcPr>
            <w:tcW w:w="5040" w:type="dxa"/>
            <w:shd w:val="clear" w:color="auto" w:fill="1B365D"/>
          </w:tcPr>
          <w:p w:rsidR="00DF44DB" w:rsidRDefault="004F7F76">
            <w:r>
              <w:rPr>
                <w:b/>
                <w:color w:val="FFFFFF"/>
                <w:sz w:val="18"/>
              </w:rPr>
              <w:t>REFEREE 1 (Current / Most Recent Employer)</w:t>
            </w:r>
          </w:p>
        </w:tc>
        <w:tc>
          <w:tcPr>
            <w:tcW w:w="5040" w:type="dxa"/>
            <w:shd w:val="clear" w:color="auto" w:fill="1B365D"/>
          </w:tcPr>
          <w:p w:rsidR="00DF44DB" w:rsidRDefault="004F7F76">
            <w:r>
              <w:rPr>
                <w:b/>
                <w:color w:val="FFFFFF"/>
                <w:sz w:val="18"/>
              </w:rPr>
              <w:t>REFEREE 2</w:t>
            </w:r>
          </w:p>
        </w:tc>
      </w:tr>
      <w:tr w:rsidR="00DF44DB">
        <w:trPr>
          <w:jc w:val="center"/>
        </w:trPr>
        <w:tc>
          <w:tcPr>
            <w:tcW w:w="5040" w:type="dxa"/>
            <w:tcMar>
              <w:top w:w="80" w:type="dxa"/>
              <w:left w:w="100" w:type="dxa"/>
              <w:bottom w:w="80" w:type="dxa"/>
              <w:right w:w="100" w:type="dxa"/>
            </w:tcMar>
          </w:tcPr>
          <w:p w:rsidR="00DF44DB" w:rsidRDefault="004F7F76">
            <w:r>
              <w:rPr>
                <w:b/>
              </w:rPr>
              <w:t xml:space="preserve">Contact Preference: </w:t>
            </w:r>
            <w:r>
              <w:t>[  ] Please DO NOT contact prior to interview</w:t>
            </w:r>
          </w:p>
        </w:tc>
        <w:tc>
          <w:tcPr>
            <w:tcW w:w="5040" w:type="dxa"/>
            <w:tcMar>
              <w:top w:w="80" w:type="dxa"/>
              <w:left w:w="100" w:type="dxa"/>
              <w:bottom w:w="80" w:type="dxa"/>
              <w:right w:w="100" w:type="dxa"/>
            </w:tcMar>
          </w:tcPr>
          <w:p w:rsidR="00DF44DB" w:rsidRDefault="004F7F76">
            <w:r>
              <w:rPr>
                <w:b/>
              </w:rPr>
              <w:t xml:space="preserve">Contact Preference: </w:t>
            </w:r>
            <w:r>
              <w:t>[  ] OK to contact prior to interview</w:t>
            </w:r>
          </w:p>
        </w:tc>
      </w:tr>
      <w:tr w:rsidR="00DF44DB">
        <w:trPr>
          <w:jc w:val="center"/>
        </w:trPr>
        <w:tc>
          <w:tcPr>
            <w:tcW w:w="5040" w:type="dxa"/>
            <w:tcMar>
              <w:top w:w="80" w:type="dxa"/>
              <w:left w:w="100" w:type="dxa"/>
              <w:bottom w:w="80" w:type="dxa"/>
              <w:right w:w="100" w:type="dxa"/>
            </w:tcMar>
          </w:tcPr>
          <w:p w:rsidR="00DF44DB" w:rsidRDefault="004F7F76">
            <w:r>
              <w:rPr>
                <w:b/>
              </w:rPr>
              <w:t xml:space="preserve">Name: </w:t>
            </w:r>
          </w:p>
        </w:tc>
        <w:tc>
          <w:tcPr>
            <w:tcW w:w="5040" w:type="dxa"/>
            <w:tcMar>
              <w:top w:w="80" w:type="dxa"/>
              <w:left w:w="100" w:type="dxa"/>
              <w:bottom w:w="80" w:type="dxa"/>
              <w:right w:w="100" w:type="dxa"/>
            </w:tcMar>
          </w:tcPr>
          <w:p w:rsidR="00DF44DB" w:rsidRDefault="004F7F76">
            <w:r>
              <w:rPr>
                <w:b/>
              </w:rPr>
              <w:t xml:space="preserve">Name: </w:t>
            </w:r>
          </w:p>
        </w:tc>
      </w:tr>
      <w:tr w:rsidR="00DF44DB">
        <w:trPr>
          <w:jc w:val="center"/>
        </w:trPr>
        <w:tc>
          <w:tcPr>
            <w:tcW w:w="5040" w:type="dxa"/>
            <w:tcMar>
              <w:top w:w="80" w:type="dxa"/>
              <w:left w:w="100" w:type="dxa"/>
              <w:bottom w:w="80" w:type="dxa"/>
              <w:right w:w="100" w:type="dxa"/>
            </w:tcMar>
          </w:tcPr>
          <w:p w:rsidR="00DF44DB" w:rsidRDefault="004F7F76">
            <w:r>
              <w:rPr>
                <w:b/>
              </w:rPr>
              <w:lastRenderedPageBreak/>
              <w:t xml:space="preserve">Position / Title: </w:t>
            </w:r>
          </w:p>
        </w:tc>
        <w:tc>
          <w:tcPr>
            <w:tcW w:w="5040" w:type="dxa"/>
            <w:tcMar>
              <w:top w:w="80" w:type="dxa"/>
              <w:left w:w="100" w:type="dxa"/>
              <w:bottom w:w="80" w:type="dxa"/>
              <w:right w:w="100" w:type="dxa"/>
            </w:tcMar>
          </w:tcPr>
          <w:p w:rsidR="00DF44DB" w:rsidRDefault="004F7F76">
            <w:r>
              <w:rPr>
                <w:b/>
              </w:rPr>
              <w:t xml:space="preserve">Position / Title: </w:t>
            </w:r>
          </w:p>
        </w:tc>
      </w:tr>
      <w:tr w:rsidR="00DF44DB">
        <w:trPr>
          <w:jc w:val="center"/>
        </w:trPr>
        <w:tc>
          <w:tcPr>
            <w:tcW w:w="5040" w:type="dxa"/>
            <w:tcMar>
              <w:top w:w="80" w:type="dxa"/>
              <w:left w:w="100" w:type="dxa"/>
              <w:bottom w:w="80" w:type="dxa"/>
              <w:right w:w="100" w:type="dxa"/>
            </w:tcMar>
          </w:tcPr>
          <w:p w:rsidR="00DF44DB" w:rsidRDefault="004F7F76">
            <w:r>
              <w:rPr>
                <w:b/>
              </w:rPr>
              <w:t xml:space="preserve">Address &amp; Post Code: </w:t>
            </w:r>
            <w:r>
              <w:br/>
            </w:r>
          </w:p>
        </w:tc>
        <w:tc>
          <w:tcPr>
            <w:tcW w:w="5040" w:type="dxa"/>
            <w:tcMar>
              <w:top w:w="80" w:type="dxa"/>
              <w:left w:w="100" w:type="dxa"/>
              <w:bottom w:w="80" w:type="dxa"/>
              <w:right w:w="100" w:type="dxa"/>
            </w:tcMar>
          </w:tcPr>
          <w:p w:rsidR="00DF44DB" w:rsidRDefault="004F7F76">
            <w:r>
              <w:rPr>
                <w:b/>
              </w:rPr>
              <w:t xml:space="preserve">Address &amp; Post Code: </w:t>
            </w:r>
            <w:r>
              <w:br/>
            </w:r>
          </w:p>
        </w:tc>
      </w:tr>
      <w:tr w:rsidR="00DF44DB">
        <w:trPr>
          <w:jc w:val="center"/>
        </w:trPr>
        <w:tc>
          <w:tcPr>
            <w:tcW w:w="5040" w:type="dxa"/>
            <w:tcMar>
              <w:top w:w="80" w:type="dxa"/>
              <w:left w:w="100" w:type="dxa"/>
              <w:bottom w:w="80" w:type="dxa"/>
              <w:right w:w="100" w:type="dxa"/>
            </w:tcMar>
          </w:tcPr>
          <w:p w:rsidR="00DF44DB" w:rsidRDefault="004F7F76">
            <w:r>
              <w:rPr>
                <w:b/>
              </w:rPr>
              <w:t xml:space="preserve">Telephone Number: </w:t>
            </w:r>
          </w:p>
        </w:tc>
        <w:tc>
          <w:tcPr>
            <w:tcW w:w="5040" w:type="dxa"/>
            <w:tcMar>
              <w:top w:w="80" w:type="dxa"/>
              <w:left w:w="100" w:type="dxa"/>
              <w:bottom w:w="80" w:type="dxa"/>
              <w:right w:w="100" w:type="dxa"/>
            </w:tcMar>
          </w:tcPr>
          <w:p w:rsidR="00DF44DB" w:rsidRDefault="004F7F76">
            <w:r>
              <w:rPr>
                <w:b/>
              </w:rPr>
              <w:t xml:space="preserve">Telephone Number: </w:t>
            </w:r>
          </w:p>
        </w:tc>
      </w:tr>
      <w:tr w:rsidR="00DF44DB">
        <w:trPr>
          <w:jc w:val="center"/>
        </w:trPr>
        <w:tc>
          <w:tcPr>
            <w:tcW w:w="5040" w:type="dxa"/>
            <w:tcMar>
              <w:top w:w="80" w:type="dxa"/>
              <w:left w:w="100" w:type="dxa"/>
              <w:bottom w:w="80" w:type="dxa"/>
              <w:right w:w="100" w:type="dxa"/>
            </w:tcMar>
          </w:tcPr>
          <w:p w:rsidR="00DF44DB" w:rsidRDefault="004F7F76">
            <w:r>
              <w:rPr>
                <w:b/>
              </w:rPr>
              <w:t xml:space="preserve">Email Address: </w:t>
            </w:r>
          </w:p>
        </w:tc>
        <w:tc>
          <w:tcPr>
            <w:tcW w:w="5040" w:type="dxa"/>
            <w:tcMar>
              <w:top w:w="80" w:type="dxa"/>
              <w:left w:w="100" w:type="dxa"/>
              <w:bottom w:w="80" w:type="dxa"/>
              <w:right w:w="100" w:type="dxa"/>
            </w:tcMar>
          </w:tcPr>
          <w:p w:rsidR="00DF44DB" w:rsidRDefault="004F7F76">
            <w:r>
              <w:rPr>
                <w:b/>
              </w:rPr>
              <w:t xml:space="preserve">Email Address: </w:t>
            </w:r>
          </w:p>
        </w:tc>
      </w:tr>
    </w:tbl>
    <w:p w:rsidR="00DF44DB" w:rsidRDefault="004F7F76">
      <w:pPr>
        <w:spacing w:before="160" w:after="80"/>
      </w:pPr>
      <w:r>
        <w:rPr>
          <w:sz w:val="18"/>
        </w:rPr>
        <w:t>Where did you see this post advertised? ___________________________________________________</w:t>
      </w:r>
      <w:r>
        <w:rPr>
          <w:sz w:val="18"/>
        </w:rPr>
        <w:br/>
        <w:t>Contractual notice period for current appointment: _________________________________________</w:t>
      </w:r>
    </w:p>
    <w:p w:rsidR="00DF44DB" w:rsidRDefault="004F7F76">
      <w:r>
        <w:br w:type="page"/>
      </w:r>
    </w:p>
    <w:p w:rsidR="00DF44DB" w:rsidRDefault="004F7F76">
      <w:pPr>
        <w:spacing w:after="40"/>
        <w:jc w:val="center"/>
      </w:pPr>
      <w:r>
        <w:rPr>
          <w:b/>
          <w:color w:val="1B365D"/>
          <w:sz w:val="28"/>
        </w:rPr>
        <w:lastRenderedPageBreak/>
        <w:t xml:space="preserve">DORSET STUDIO </w:t>
      </w:r>
      <w:r>
        <w:rPr>
          <w:b/>
          <w:color w:val="1B365D"/>
          <w:sz w:val="28"/>
        </w:rPr>
        <w:t>SCHOOL</w:t>
      </w:r>
      <w:r>
        <w:rPr>
          <w:b/>
          <w:color w:val="1B365D"/>
          <w:sz w:val="28"/>
        </w:rPr>
        <w:br/>
      </w:r>
    </w:p>
    <w:p w:rsidR="00DF44DB" w:rsidRDefault="004F7F76">
      <w:pPr>
        <w:jc w:val="center"/>
      </w:pPr>
      <w:r>
        <w:rPr>
          <w:b/>
          <w:color w:val="4A5568"/>
          <w:sz w:val="22"/>
        </w:rPr>
        <w:t>CONFIDENTIAL - EQUALITY &amp; DIVERSITY RECRUITMENT MONITORING</w:t>
      </w:r>
    </w:p>
    <w:p w:rsidR="00DF44DB" w:rsidRDefault="004F7F76">
      <w:r>
        <w:rPr>
          <w:i/>
          <w:sz w:val="17"/>
        </w:rPr>
        <w:t>Dorset Studio School is committed to equal opportunities in employment and will assess applicants fairly without regard to ability, age, disability, ethnicity, gender, heritage, marital sta</w:t>
      </w:r>
      <w:r>
        <w:rPr>
          <w:i/>
          <w:sz w:val="17"/>
        </w:rPr>
        <w:t>tus, nationality, citizenship, race, religion, sexuality, social background or membership of any group or organisation.</w:t>
      </w:r>
      <w:r>
        <w:rPr>
          <w:i/>
          <w:sz w:val="17"/>
        </w:rPr>
        <w:br/>
        <w:t>This section will be separated from the application form before shortlisting and interview.</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5040"/>
        <w:gridCol w:w="5040"/>
      </w:tblGrid>
      <w:tr w:rsidR="00DF44DB">
        <w:trPr>
          <w:jc w:val="center"/>
        </w:trPr>
        <w:tc>
          <w:tcPr>
            <w:tcW w:w="5040" w:type="dxa"/>
            <w:tcMar>
              <w:top w:w="80" w:type="dxa"/>
              <w:left w:w="100" w:type="dxa"/>
              <w:bottom w:w="80" w:type="dxa"/>
              <w:right w:w="100" w:type="dxa"/>
            </w:tcMar>
          </w:tcPr>
          <w:p w:rsidR="00DF44DB" w:rsidRDefault="004F7F76">
            <w:r>
              <w:rPr>
                <w:b/>
              </w:rPr>
              <w:t xml:space="preserve">Surname: </w:t>
            </w:r>
          </w:p>
        </w:tc>
        <w:tc>
          <w:tcPr>
            <w:tcW w:w="5040" w:type="dxa"/>
            <w:tcMar>
              <w:top w:w="80" w:type="dxa"/>
              <w:left w:w="100" w:type="dxa"/>
              <w:bottom w:w="80" w:type="dxa"/>
              <w:right w:w="100" w:type="dxa"/>
            </w:tcMar>
          </w:tcPr>
          <w:p w:rsidR="00DF44DB" w:rsidRDefault="004F7F76">
            <w:r>
              <w:rPr>
                <w:b/>
              </w:rPr>
              <w:t xml:space="preserve">Forename(s): </w:t>
            </w:r>
          </w:p>
        </w:tc>
      </w:tr>
      <w:tr w:rsidR="00DF44DB">
        <w:trPr>
          <w:jc w:val="center"/>
        </w:trPr>
        <w:tc>
          <w:tcPr>
            <w:tcW w:w="5040" w:type="dxa"/>
            <w:tcMar>
              <w:top w:w="80" w:type="dxa"/>
              <w:left w:w="100" w:type="dxa"/>
              <w:bottom w:w="80" w:type="dxa"/>
              <w:right w:w="100" w:type="dxa"/>
            </w:tcMar>
          </w:tcPr>
          <w:p w:rsidR="00DF44DB" w:rsidRDefault="004F7F76">
            <w:r>
              <w:rPr>
                <w:b/>
              </w:rPr>
              <w:t>Position Applied Fo</w:t>
            </w:r>
            <w:r>
              <w:rPr>
                <w:b/>
              </w:rPr>
              <w:t xml:space="preserve">r: </w:t>
            </w:r>
          </w:p>
        </w:tc>
        <w:tc>
          <w:tcPr>
            <w:tcW w:w="5040" w:type="dxa"/>
            <w:tcMar>
              <w:top w:w="80" w:type="dxa"/>
              <w:left w:w="100" w:type="dxa"/>
              <w:bottom w:w="80" w:type="dxa"/>
              <w:right w:w="100" w:type="dxa"/>
            </w:tcMar>
          </w:tcPr>
          <w:p w:rsidR="00DF44DB" w:rsidRDefault="004F7F76">
            <w:r>
              <w:rPr>
                <w:b/>
              </w:rPr>
              <w:t xml:space="preserve">Post Reference: </w:t>
            </w:r>
          </w:p>
        </w:tc>
      </w:tr>
    </w:tbl>
    <w:p w:rsidR="00DF44DB" w:rsidRDefault="004F7F76">
      <w:pPr>
        <w:keepNext/>
        <w:pBdr>
          <w:bottom w:val="single" w:sz="12" w:space="4" w:color="1B365D"/>
        </w:pBdr>
        <w:spacing w:before="280" w:after="120"/>
      </w:pPr>
      <w:r>
        <w:rPr>
          <w:b/>
          <w:color w:val="1B365D"/>
          <w:sz w:val="22"/>
        </w:rPr>
        <w:t>DEMOGRAPHIC INFORMATION</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3168"/>
        <w:gridCol w:w="6912"/>
      </w:tblGrid>
      <w:tr w:rsidR="00DF44DB">
        <w:trPr>
          <w:jc w:val="center"/>
        </w:trPr>
        <w:tc>
          <w:tcPr>
            <w:tcW w:w="3168" w:type="dxa"/>
            <w:shd w:val="clear" w:color="auto" w:fill="F7FAFC"/>
            <w:tcMar>
              <w:top w:w="80" w:type="dxa"/>
              <w:left w:w="100" w:type="dxa"/>
              <w:bottom w:w="80" w:type="dxa"/>
              <w:right w:w="100" w:type="dxa"/>
            </w:tcMar>
          </w:tcPr>
          <w:p w:rsidR="00DF44DB" w:rsidRDefault="004F7F76">
            <w:r>
              <w:rPr>
                <w:b/>
                <w:sz w:val="18"/>
              </w:rPr>
              <w:t>Sex / Gender:</w:t>
            </w:r>
          </w:p>
        </w:tc>
        <w:tc>
          <w:tcPr>
            <w:tcW w:w="6912" w:type="dxa"/>
            <w:tcMar>
              <w:top w:w="80" w:type="dxa"/>
              <w:left w:w="100" w:type="dxa"/>
              <w:bottom w:w="80" w:type="dxa"/>
              <w:right w:w="100" w:type="dxa"/>
            </w:tcMar>
          </w:tcPr>
          <w:p w:rsidR="00DF44DB" w:rsidRDefault="004F7F76">
            <w:r>
              <w:rPr>
                <w:sz w:val="18"/>
              </w:rPr>
              <w:t>[  ] Male    [  ] Female    [  ] Other / Prefer not to say</w:t>
            </w:r>
          </w:p>
        </w:tc>
      </w:tr>
      <w:tr w:rsidR="00DF44DB">
        <w:trPr>
          <w:jc w:val="center"/>
        </w:trPr>
        <w:tc>
          <w:tcPr>
            <w:tcW w:w="3168" w:type="dxa"/>
            <w:shd w:val="clear" w:color="auto" w:fill="F7FAFC"/>
            <w:tcMar>
              <w:top w:w="80" w:type="dxa"/>
              <w:left w:w="100" w:type="dxa"/>
              <w:bottom w:w="80" w:type="dxa"/>
              <w:right w:w="100" w:type="dxa"/>
            </w:tcMar>
          </w:tcPr>
          <w:p w:rsidR="00DF44DB" w:rsidRDefault="004F7F76">
            <w:r>
              <w:rPr>
                <w:b/>
                <w:sz w:val="18"/>
              </w:rPr>
              <w:t>Marital Status:</w:t>
            </w:r>
          </w:p>
        </w:tc>
        <w:tc>
          <w:tcPr>
            <w:tcW w:w="6912" w:type="dxa"/>
            <w:tcMar>
              <w:top w:w="80" w:type="dxa"/>
              <w:left w:w="100" w:type="dxa"/>
              <w:bottom w:w="80" w:type="dxa"/>
              <w:right w:w="100" w:type="dxa"/>
            </w:tcMar>
          </w:tcPr>
          <w:p w:rsidR="00DF44DB" w:rsidRDefault="004F7F76">
            <w:r>
              <w:rPr>
                <w:sz w:val="18"/>
              </w:rPr>
              <w:t>[  ] Single    [  ] Married    [  ] Civil Partnership    [  ] Other</w:t>
            </w:r>
          </w:p>
        </w:tc>
      </w:tr>
      <w:tr w:rsidR="00DF44DB">
        <w:trPr>
          <w:jc w:val="center"/>
        </w:trPr>
        <w:tc>
          <w:tcPr>
            <w:tcW w:w="3168" w:type="dxa"/>
            <w:shd w:val="clear" w:color="auto" w:fill="F7FAFC"/>
            <w:tcMar>
              <w:top w:w="80" w:type="dxa"/>
              <w:left w:w="100" w:type="dxa"/>
              <w:bottom w:w="80" w:type="dxa"/>
              <w:right w:w="100" w:type="dxa"/>
            </w:tcMar>
          </w:tcPr>
          <w:p w:rsidR="00DF44DB" w:rsidRDefault="004F7F76">
            <w:r>
              <w:rPr>
                <w:b/>
                <w:sz w:val="18"/>
              </w:rPr>
              <w:t>Date of Birth:</w:t>
            </w:r>
          </w:p>
        </w:tc>
        <w:tc>
          <w:tcPr>
            <w:tcW w:w="6912" w:type="dxa"/>
            <w:tcMar>
              <w:top w:w="80" w:type="dxa"/>
              <w:left w:w="100" w:type="dxa"/>
              <w:bottom w:w="80" w:type="dxa"/>
              <w:right w:w="100" w:type="dxa"/>
            </w:tcMar>
          </w:tcPr>
          <w:p w:rsidR="00DF44DB" w:rsidRDefault="004F7F76">
            <w:r>
              <w:rPr>
                <w:sz w:val="18"/>
              </w:rPr>
              <w:t>____ / ____ / ________</w:t>
            </w:r>
          </w:p>
        </w:tc>
      </w:tr>
      <w:tr w:rsidR="00DF44DB">
        <w:trPr>
          <w:jc w:val="center"/>
        </w:trPr>
        <w:tc>
          <w:tcPr>
            <w:tcW w:w="3168" w:type="dxa"/>
            <w:shd w:val="clear" w:color="auto" w:fill="F7FAFC"/>
            <w:tcMar>
              <w:top w:w="80" w:type="dxa"/>
              <w:left w:w="100" w:type="dxa"/>
              <w:bottom w:w="80" w:type="dxa"/>
              <w:right w:w="100" w:type="dxa"/>
            </w:tcMar>
          </w:tcPr>
          <w:p w:rsidR="00DF44DB" w:rsidRDefault="004F7F76">
            <w:r>
              <w:rPr>
                <w:b/>
                <w:sz w:val="18"/>
              </w:rPr>
              <w:t>Dependents:</w:t>
            </w:r>
          </w:p>
        </w:tc>
        <w:tc>
          <w:tcPr>
            <w:tcW w:w="6912" w:type="dxa"/>
            <w:tcMar>
              <w:top w:w="80" w:type="dxa"/>
              <w:left w:w="100" w:type="dxa"/>
              <w:bottom w:w="80" w:type="dxa"/>
              <w:right w:w="100" w:type="dxa"/>
            </w:tcMar>
          </w:tcPr>
          <w:p w:rsidR="00DF44DB" w:rsidRDefault="004F7F76">
            <w:r>
              <w:rPr>
                <w:sz w:val="18"/>
              </w:rPr>
              <w:t>Do you have dependents?   [  ] Yes   [  ] No</w:t>
            </w:r>
            <w:r>
              <w:rPr>
                <w:sz w:val="18"/>
              </w:rPr>
              <w:br/>
              <w:t>If yes, details: _______________________________________</w:t>
            </w:r>
          </w:p>
        </w:tc>
      </w:tr>
    </w:tbl>
    <w:p w:rsidR="00DF44DB" w:rsidRDefault="004F7F76">
      <w:pPr>
        <w:keepNext/>
        <w:pBdr>
          <w:bottom w:val="single" w:sz="12" w:space="4" w:color="1B365D"/>
        </w:pBdr>
        <w:spacing w:before="280" w:after="120"/>
      </w:pPr>
      <w:r>
        <w:rPr>
          <w:b/>
          <w:color w:val="1B365D"/>
          <w:sz w:val="22"/>
        </w:rPr>
        <w:t>ETHNIC ORIGIN</w:t>
      </w:r>
    </w:p>
    <w:p w:rsidR="00DF44DB" w:rsidRDefault="004F7F76">
      <w:pPr>
        <w:spacing w:after="120"/>
      </w:pPr>
      <w:r>
        <w:rPr>
          <w:sz w:val="17"/>
        </w:rPr>
        <w:t>Please select the category that best describes your cultural/ethnic origin:</w:t>
      </w:r>
    </w:p>
    <w:tbl>
      <w:tblPr>
        <w:tblW w:w="0" w:type="auto"/>
        <w:jc w:val="center"/>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3600"/>
        <w:gridCol w:w="6480"/>
      </w:tblGrid>
      <w:tr w:rsidR="00DF44DB">
        <w:trPr>
          <w:jc w:val="center"/>
        </w:trPr>
        <w:tc>
          <w:tcPr>
            <w:tcW w:w="3600" w:type="dxa"/>
            <w:shd w:val="clear" w:color="auto" w:fill="F7FAFC"/>
            <w:tcMar>
              <w:top w:w="80" w:type="dxa"/>
              <w:left w:w="100" w:type="dxa"/>
              <w:bottom w:w="80" w:type="dxa"/>
              <w:right w:w="100" w:type="dxa"/>
            </w:tcMar>
          </w:tcPr>
          <w:p w:rsidR="00DF44DB" w:rsidRDefault="004F7F76">
            <w:r>
              <w:rPr>
                <w:b/>
                <w:sz w:val="18"/>
              </w:rPr>
              <w:t>A - White</w:t>
            </w:r>
          </w:p>
        </w:tc>
        <w:tc>
          <w:tcPr>
            <w:tcW w:w="6480" w:type="dxa"/>
            <w:tcMar>
              <w:top w:w="80" w:type="dxa"/>
              <w:left w:w="100" w:type="dxa"/>
              <w:bottom w:w="80" w:type="dxa"/>
              <w:right w:w="100" w:type="dxa"/>
            </w:tcMar>
          </w:tcPr>
          <w:p w:rsidR="00DF44DB" w:rsidRDefault="004F7F76">
            <w:r>
              <w:rPr>
                <w:sz w:val="17"/>
              </w:rPr>
              <w:t>[  ] British</w:t>
            </w:r>
            <w:r>
              <w:rPr>
                <w:sz w:val="17"/>
              </w:rPr>
              <w:br/>
              <w:t>[  ] Irish</w:t>
            </w:r>
            <w:r>
              <w:rPr>
                <w:sz w:val="17"/>
              </w:rPr>
              <w:br/>
              <w:t>[  ] Any other White backgrou</w:t>
            </w:r>
            <w:r>
              <w:rPr>
                <w:sz w:val="17"/>
              </w:rPr>
              <w:t>nd</w:t>
            </w:r>
          </w:p>
        </w:tc>
      </w:tr>
      <w:tr w:rsidR="00DF44DB">
        <w:trPr>
          <w:jc w:val="center"/>
        </w:trPr>
        <w:tc>
          <w:tcPr>
            <w:tcW w:w="3600" w:type="dxa"/>
            <w:shd w:val="clear" w:color="auto" w:fill="F7FAFC"/>
            <w:tcMar>
              <w:top w:w="80" w:type="dxa"/>
              <w:left w:w="100" w:type="dxa"/>
              <w:bottom w:w="80" w:type="dxa"/>
              <w:right w:w="100" w:type="dxa"/>
            </w:tcMar>
          </w:tcPr>
          <w:p w:rsidR="00DF44DB" w:rsidRDefault="004F7F76">
            <w:r>
              <w:rPr>
                <w:b/>
                <w:sz w:val="18"/>
              </w:rPr>
              <w:t>B - Mixed / Multiple</w:t>
            </w:r>
          </w:p>
        </w:tc>
        <w:tc>
          <w:tcPr>
            <w:tcW w:w="6480" w:type="dxa"/>
            <w:tcMar>
              <w:top w:w="80" w:type="dxa"/>
              <w:left w:w="100" w:type="dxa"/>
              <w:bottom w:w="80" w:type="dxa"/>
              <w:right w:w="100" w:type="dxa"/>
            </w:tcMar>
          </w:tcPr>
          <w:p w:rsidR="00DF44DB" w:rsidRDefault="004F7F76">
            <w:r>
              <w:rPr>
                <w:sz w:val="17"/>
              </w:rPr>
              <w:t>[  ] White &amp; Black Caribbean</w:t>
            </w:r>
            <w:r>
              <w:rPr>
                <w:sz w:val="17"/>
              </w:rPr>
              <w:br/>
              <w:t>[  ] White &amp; Black African</w:t>
            </w:r>
            <w:r>
              <w:rPr>
                <w:sz w:val="17"/>
              </w:rPr>
              <w:br/>
              <w:t>[  ] White &amp; Asian</w:t>
            </w:r>
            <w:r>
              <w:rPr>
                <w:sz w:val="17"/>
              </w:rPr>
              <w:br/>
              <w:t>[  ] Any other Mixed background</w:t>
            </w:r>
          </w:p>
        </w:tc>
      </w:tr>
      <w:tr w:rsidR="00DF44DB">
        <w:trPr>
          <w:jc w:val="center"/>
        </w:trPr>
        <w:tc>
          <w:tcPr>
            <w:tcW w:w="3600" w:type="dxa"/>
            <w:shd w:val="clear" w:color="auto" w:fill="F7FAFC"/>
            <w:tcMar>
              <w:top w:w="80" w:type="dxa"/>
              <w:left w:w="100" w:type="dxa"/>
              <w:bottom w:w="80" w:type="dxa"/>
              <w:right w:w="100" w:type="dxa"/>
            </w:tcMar>
          </w:tcPr>
          <w:p w:rsidR="00DF44DB" w:rsidRDefault="004F7F76">
            <w:r>
              <w:rPr>
                <w:b/>
                <w:sz w:val="18"/>
              </w:rPr>
              <w:t>C - Asian / Asian British</w:t>
            </w:r>
          </w:p>
        </w:tc>
        <w:tc>
          <w:tcPr>
            <w:tcW w:w="6480" w:type="dxa"/>
            <w:tcMar>
              <w:top w:w="80" w:type="dxa"/>
              <w:left w:w="100" w:type="dxa"/>
              <w:bottom w:w="80" w:type="dxa"/>
              <w:right w:w="100" w:type="dxa"/>
            </w:tcMar>
          </w:tcPr>
          <w:p w:rsidR="00DF44DB" w:rsidRDefault="004F7F76">
            <w:r>
              <w:rPr>
                <w:sz w:val="17"/>
              </w:rPr>
              <w:t>[  ] Indian</w:t>
            </w:r>
            <w:r>
              <w:rPr>
                <w:sz w:val="17"/>
              </w:rPr>
              <w:br/>
              <w:t>[  ] Pakistani</w:t>
            </w:r>
            <w:r>
              <w:rPr>
                <w:sz w:val="17"/>
              </w:rPr>
              <w:br/>
              <w:t>[  ] Bangladeshi</w:t>
            </w:r>
            <w:r>
              <w:rPr>
                <w:sz w:val="17"/>
              </w:rPr>
              <w:br/>
              <w:t>[  ] Any other Asian background</w:t>
            </w:r>
          </w:p>
        </w:tc>
      </w:tr>
      <w:tr w:rsidR="00DF44DB">
        <w:trPr>
          <w:jc w:val="center"/>
        </w:trPr>
        <w:tc>
          <w:tcPr>
            <w:tcW w:w="3600" w:type="dxa"/>
            <w:shd w:val="clear" w:color="auto" w:fill="F7FAFC"/>
            <w:tcMar>
              <w:top w:w="80" w:type="dxa"/>
              <w:left w:w="100" w:type="dxa"/>
              <w:bottom w:w="80" w:type="dxa"/>
              <w:right w:w="100" w:type="dxa"/>
            </w:tcMar>
          </w:tcPr>
          <w:p w:rsidR="00DF44DB" w:rsidRDefault="004F7F76">
            <w:r>
              <w:rPr>
                <w:b/>
                <w:sz w:val="18"/>
              </w:rPr>
              <w:t xml:space="preserve">D - Black / Black </w:t>
            </w:r>
            <w:r>
              <w:rPr>
                <w:b/>
                <w:sz w:val="18"/>
              </w:rPr>
              <w:t>British</w:t>
            </w:r>
          </w:p>
        </w:tc>
        <w:tc>
          <w:tcPr>
            <w:tcW w:w="6480" w:type="dxa"/>
            <w:tcMar>
              <w:top w:w="80" w:type="dxa"/>
              <w:left w:w="100" w:type="dxa"/>
              <w:bottom w:w="80" w:type="dxa"/>
              <w:right w:w="100" w:type="dxa"/>
            </w:tcMar>
          </w:tcPr>
          <w:p w:rsidR="00DF44DB" w:rsidRDefault="004F7F76">
            <w:r>
              <w:rPr>
                <w:sz w:val="17"/>
              </w:rPr>
              <w:t>[  ] Caribbean</w:t>
            </w:r>
            <w:r>
              <w:rPr>
                <w:sz w:val="17"/>
              </w:rPr>
              <w:br/>
              <w:t>[  ] African</w:t>
            </w:r>
            <w:r>
              <w:rPr>
                <w:sz w:val="17"/>
              </w:rPr>
              <w:br/>
              <w:t>[  ] Any other Black background</w:t>
            </w:r>
          </w:p>
        </w:tc>
      </w:tr>
      <w:tr w:rsidR="00DF44DB">
        <w:trPr>
          <w:jc w:val="center"/>
        </w:trPr>
        <w:tc>
          <w:tcPr>
            <w:tcW w:w="3600" w:type="dxa"/>
            <w:shd w:val="clear" w:color="auto" w:fill="F7FAFC"/>
            <w:tcMar>
              <w:top w:w="80" w:type="dxa"/>
              <w:left w:w="100" w:type="dxa"/>
              <w:bottom w:w="80" w:type="dxa"/>
              <w:right w:w="100" w:type="dxa"/>
            </w:tcMar>
          </w:tcPr>
          <w:p w:rsidR="00DF44DB" w:rsidRDefault="004F7F76">
            <w:r>
              <w:rPr>
                <w:b/>
                <w:sz w:val="18"/>
              </w:rPr>
              <w:t>E - Chinese / Other</w:t>
            </w:r>
          </w:p>
        </w:tc>
        <w:tc>
          <w:tcPr>
            <w:tcW w:w="6480" w:type="dxa"/>
            <w:tcMar>
              <w:top w:w="80" w:type="dxa"/>
              <w:left w:w="100" w:type="dxa"/>
              <w:bottom w:w="80" w:type="dxa"/>
              <w:right w:w="100" w:type="dxa"/>
            </w:tcMar>
          </w:tcPr>
          <w:p w:rsidR="00DF44DB" w:rsidRDefault="004F7F76">
            <w:r>
              <w:rPr>
                <w:sz w:val="17"/>
              </w:rPr>
              <w:t>[  ] Chinese</w:t>
            </w:r>
            <w:r>
              <w:rPr>
                <w:sz w:val="17"/>
              </w:rPr>
              <w:br/>
              <w:t>[  ] Any other ethnic group</w:t>
            </w:r>
          </w:p>
        </w:tc>
      </w:tr>
    </w:tbl>
    <w:p w:rsidR="004F7F76" w:rsidRDefault="004F7F76"/>
    <w:sectPr w:rsidR="004F7F76"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157B5"/>
    <w:rsid w:val="00326F90"/>
    <w:rsid w:val="004F7F76"/>
    <w:rsid w:val="00AA1D8D"/>
    <w:rsid w:val="00B47730"/>
    <w:rsid w:val="00CB0664"/>
    <w:rsid w:val="00DF44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3DFE40"/>
  <w14:defaultImageDpi w14:val="300"/>
  <w15:docId w15:val="{6D3CA677-37F9-4B36-A4F4-BB1AD183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2D3748"/>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2DA8A-4A54-443E-8FE7-6A7579D6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9C66FFD3</Template>
  <TotalTime>1</TotalTime>
  <Pages>8</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Richards</cp:lastModifiedBy>
  <cp:revision>2</cp:revision>
  <dcterms:created xsi:type="dcterms:W3CDTF">2013-12-23T23:15:00Z</dcterms:created>
  <dcterms:modified xsi:type="dcterms:W3CDTF">2026-10-14T12:51:00Z</dcterms:modified>
  <cp:category/>
</cp:coreProperties>
</file>